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BE04" w14:textId="77777777" w:rsidR="00FA6B4C" w:rsidRDefault="00000000" w:rsidP="00D6548A">
      <w:pPr>
        <w:jc w:val="right"/>
      </w:pPr>
      <w:r>
        <w:t>Załącznik nr 1 do Zaproszenia do składania ofert</w:t>
      </w:r>
      <w:r>
        <w:br/>
        <w:t>Znak sprawy: DK.333.4.2026</w:t>
      </w:r>
    </w:p>
    <w:p w14:paraId="4F069EE8" w14:textId="77777777" w:rsidR="00FA6B4C" w:rsidRDefault="00000000" w:rsidP="00D6548A">
      <w:pPr>
        <w:jc w:val="center"/>
      </w:pPr>
      <w:r>
        <w:rPr>
          <w:b/>
          <w:sz w:val="28"/>
        </w:rPr>
        <w:t>FORMULARZ OFERTOWY</w:t>
      </w:r>
    </w:p>
    <w:p w14:paraId="4C0B0312" w14:textId="77777777" w:rsidR="00FA6B4C" w:rsidRDefault="00000000" w:rsidP="00D6548A">
      <w:r>
        <w:rPr>
          <w:b/>
        </w:rPr>
        <w:t xml:space="preserve">Pełna nazwa (firma): </w:t>
      </w:r>
      <w:r>
        <w:t>........................................................................................................</w:t>
      </w:r>
    </w:p>
    <w:p w14:paraId="5D81ACBE" w14:textId="77777777" w:rsidR="00FA6B4C" w:rsidRDefault="00000000" w:rsidP="00D6548A">
      <w:r>
        <w:rPr>
          <w:b/>
        </w:rPr>
        <w:t xml:space="preserve">Adres siedziby: </w:t>
      </w:r>
      <w:r>
        <w:t>........................................................................................................</w:t>
      </w:r>
    </w:p>
    <w:p w14:paraId="52CCE1BE" w14:textId="77777777" w:rsidR="00FA6B4C" w:rsidRDefault="00000000" w:rsidP="00D6548A">
      <w:r>
        <w:rPr>
          <w:b/>
        </w:rPr>
        <w:t xml:space="preserve">NIP: </w:t>
      </w:r>
      <w:r>
        <w:t>........................................................................................................</w:t>
      </w:r>
    </w:p>
    <w:p w14:paraId="18FD255F" w14:textId="77777777" w:rsidR="00FA6B4C" w:rsidRDefault="00000000" w:rsidP="00D6548A">
      <w:r>
        <w:rPr>
          <w:b/>
        </w:rPr>
        <w:t xml:space="preserve">REGON: </w:t>
      </w:r>
      <w:r>
        <w:t>........................................................................................................</w:t>
      </w:r>
    </w:p>
    <w:p w14:paraId="428F5DD7" w14:textId="77777777" w:rsidR="00FA6B4C" w:rsidRDefault="00000000" w:rsidP="00D6548A">
      <w:r>
        <w:rPr>
          <w:b/>
        </w:rPr>
        <w:t xml:space="preserve">KRS / CEIDG: </w:t>
      </w:r>
      <w:r>
        <w:t>........................................................................................................</w:t>
      </w:r>
    </w:p>
    <w:p w14:paraId="110FE104" w14:textId="77777777" w:rsidR="00FA6B4C" w:rsidRDefault="00000000" w:rsidP="00D6548A">
      <w:r>
        <w:rPr>
          <w:b/>
        </w:rPr>
        <w:t xml:space="preserve">Osoba do kontaktu: </w:t>
      </w:r>
      <w:r>
        <w:t>........................................................................................................</w:t>
      </w:r>
    </w:p>
    <w:p w14:paraId="29381D1D" w14:textId="77777777" w:rsidR="00FA6B4C" w:rsidRDefault="00000000" w:rsidP="00D6548A">
      <w:r>
        <w:rPr>
          <w:b/>
        </w:rPr>
        <w:t xml:space="preserve">Telefon / e-mail: </w:t>
      </w:r>
      <w:r>
        <w:t>........................................................................................................</w:t>
      </w:r>
    </w:p>
    <w:p w14:paraId="68C1A006" w14:textId="77777777" w:rsidR="00FA6B4C" w:rsidRPr="00D6548A" w:rsidRDefault="00000000" w:rsidP="00D6548A">
      <w:pPr>
        <w:rPr>
          <w:b/>
          <w:bCs/>
        </w:rPr>
      </w:pPr>
      <w:r w:rsidRPr="00D6548A">
        <w:rPr>
          <w:b/>
          <w:bCs/>
        </w:rPr>
        <w:t>I. Przedmiot zamówienia</w:t>
      </w:r>
    </w:p>
    <w:p w14:paraId="6724F2C0" w14:textId="16A72560" w:rsidR="00FA6B4C" w:rsidRDefault="00000000" w:rsidP="00D6548A">
      <w:pPr>
        <w:jc w:val="both"/>
      </w:pPr>
      <w:proofErr w:type="spellStart"/>
      <w:r>
        <w:t>Oferuję</w:t>
      </w:r>
      <w:proofErr w:type="spellEnd"/>
      <w:r>
        <w:t xml:space="preserve"> </w:t>
      </w:r>
      <w:proofErr w:type="spellStart"/>
      <w:r>
        <w:t>wykonanie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pn</w:t>
      </w:r>
      <w:proofErr w:type="spellEnd"/>
      <w:r>
        <w:t>. „</w:t>
      </w:r>
      <w:proofErr w:type="spellStart"/>
      <w:r>
        <w:t>Udzielanie</w:t>
      </w:r>
      <w:proofErr w:type="spellEnd"/>
      <w:r>
        <w:t xml:space="preserve"> </w:t>
      </w:r>
      <w:proofErr w:type="spellStart"/>
      <w:r>
        <w:t>kompleksowej</w:t>
      </w:r>
      <w:proofErr w:type="spellEnd"/>
      <w:r>
        <w:t xml:space="preserve"> </w:t>
      </w:r>
      <w:proofErr w:type="spellStart"/>
      <w:r>
        <w:t>pomocy</w:t>
      </w:r>
      <w:proofErr w:type="spellEnd"/>
      <w:r>
        <w:t xml:space="preserve"> </w:t>
      </w:r>
      <w:proofErr w:type="spellStart"/>
      <w:r>
        <w:t>psychologicznej</w:t>
      </w:r>
      <w:proofErr w:type="spellEnd"/>
      <w:r>
        <w:t xml:space="preserve"> </w:t>
      </w:r>
      <w:proofErr w:type="spellStart"/>
      <w:r>
        <w:t>członkom</w:t>
      </w:r>
      <w:proofErr w:type="spellEnd"/>
      <w:r>
        <w:t xml:space="preserve"> </w:t>
      </w:r>
      <w:proofErr w:type="spellStart"/>
      <w:r>
        <w:t>zespołów</w:t>
      </w:r>
      <w:proofErr w:type="spellEnd"/>
      <w:r>
        <w:t xml:space="preserve"> </w:t>
      </w:r>
      <w:proofErr w:type="spellStart"/>
      <w:r>
        <w:t>ratownictwa</w:t>
      </w:r>
      <w:proofErr w:type="spellEnd"/>
      <w:r>
        <w:t xml:space="preserve"> </w:t>
      </w:r>
      <w:proofErr w:type="spellStart"/>
      <w:r>
        <w:t>medycznego</w:t>
      </w:r>
      <w:proofErr w:type="spellEnd"/>
      <w:r>
        <w:t xml:space="preserve"> </w:t>
      </w:r>
      <w:proofErr w:type="spellStart"/>
      <w:r>
        <w:t>Stacji</w:t>
      </w:r>
      <w:proofErr w:type="spellEnd"/>
      <w:r>
        <w:t xml:space="preserve"> </w:t>
      </w:r>
      <w:proofErr w:type="spellStart"/>
      <w:r>
        <w:t>Ratownictwa</w:t>
      </w:r>
      <w:proofErr w:type="spellEnd"/>
      <w:r>
        <w:t xml:space="preserve"> </w:t>
      </w:r>
      <w:proofErr w:type="spellStart"/>
      <w:r>
        <w:t>Medycznego</w:t>
      </w:r>
      <w:proofErr w:type="spellEnd"/>
      <w:r>
        <w:t xml:space="preserve"> w </w:t>
      </w:r>
      <w:proofErr w:type="spellStart"/>
      <w:r>
        <w:t>Chełmie</w:t>
      </w:r>
      <w:proofErr w:type="spellEnd"/>
      <w:r>
        <w:t xml:space="preserve"> – SP ZOZ”, </w:t>
      </w:r>
      <w:proofErr w:type="spellStart"/>
      <w:r>
        <w:t>zgodnie</w:t>
      </w:r>
      <w:proofErr w:type="spellEnd"/>
      <w:r>
        <w:t xml:space="preserve"> </w:t>
      </w:r>
      <w:r w:rsidR="00A7634F">
        <w:br/>
      </w:r>
      <w:r>
        <w:t xml:space="preserve">z </w:t>
      </w:r>
      <w:proofErr w:type="spellStart"/>
      <w:r>
        <w:t>zaproszeniem</w:t>
      </w:r>
      <w:proofErr w:type="spellEnd"/>
      <w:r>
        <w:t xml:space="preserve"> do </w:t>
      </w:r>
      <w:proofErr w:type="spellStart"/>
      <w:r>
        <w:t>składania</w:t>
      </w:r>
      <w:proofErr w:type="spellEnd"/>
      <w:r>
        <w:t xml:space="preserve"> </w:t>
      </w:r>
      <w:proofErr w:type="spellStart"/>
      <w:r>
        <w:t>ofert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projektem</w:t>
      </w:r>
      <w:proofErr w:type="spellEnd"/>
      <w:r>
        <w:t xml:space="preserve"> umowy.</w:t>
      </w:r>
    </w:p>
    <w:p w14:paraId="0F819129" w14:textId="77777777" w:rsidR="00FA6B4C" w:rsidRDefault="00000000" w:rsidP="00D6548A">
      <w:pPr>
        <w:rPr>
          <w:b/>
          <w:bCs/>
        </w:rPr>
      </w:pPr>
      <w:r w:rsidRPr="00D6548A">
        <w:rPr>
          <w:b/>
          <w:bCs/>
        </w:rPr>
        <w:t xml:space="preserve">II. Cena </w:t>
      </w:r>
      <w:proofErr w:type="spellStart"/>
      <w:r w:rsidRPr="00D6548A">
        <w:rPr>
          <w:b/>
          <w:bCs/>
        </w:rPr>
        <w:t>ofertowa</w:t>
      </w:r>
      <w:proofErr w:type="spellEnd"/>
    </w:p>
    <w:p w14:paraId="13A4F1E0" w14:textId="46CBED92" w:rsidR="001B10AE" w:rsidRDefault="00D6548A" w:rsidP="001B10AE">
      <w:pPr>
        <w:pStyle w:val="Akapitzlist"/>
        <w:numPr>
          <w:ilvl w:val="0"/>
          <w:numId w:val="11"/>
        </w:numPr>
        <w:spacing w:after="0" w:line="480" w:lineRule="auto"/>
        <w:ind w:hanging="294"/>
      </w:pPr>
      <w:r w:rsidRPr="004D6A4C">
        <w:t xml:space="preserve">P – za 1 </w:t>
      </w:r>
      <w:proofErr w:type="spellStart"/>
      <w:r w:rsidRPr="004D6A4C">
        <w:t>godzinę</w:t>
      </w:r>
      <w:proofErr w:type="spellEnd"/>
      <w:r w:rsidRPr="004D6A4C">
        <w:t xml:space="preserve"> </w:t>
      </w:r>
      <w:proofErr w:type="spellStart"/>
      <w:r w:rsidRPr="004D6A4C">
        <w:t>pomocy</w:t>
      </w:r>
      <w:proofErr w:type="spellEnd"/>
      <w:r w:rsidRPr="004D6A4C">
        <w:t xml:space="preserve"> </w:t>
      </w:r>
      <w:proofErr w:type="spellStart"/>
      <w:r w:rsidRPr="004D6A4C">
        <w:t>psychologicznej</w:t>
      </w:r>
      <w:proofErr w:type="spellEnd"/>
      <w:r w:rsidRPr="004D6A4C">
        <w:t xml:space="preserve">, </w:t>
      </w:r>
      <w:proofErr w:type="spellStart"/>
      <w:r w:rsidRPr="004D6A4C">
        <w:t>obejmującej</w:t>
      </w:r>
      <w:proofErr w:type="spellEnd"/>
      <w:r w:rsidRPr="004D6A4C">
        <w:t xml:space="preserve"> </w:t>
      </w:r>
      <w:proofErr w:type="spellStart"/>
      <w:r w:rsidRPr="004D6A4C">
        <w:t>konsultacje</w:t>
      </w:r>
      <w:proofErr w:type="spellEnd"/>
      <w:r w:rsidRPr="004D6A4C">
        <w:t xml:space="preserve"> </w:t>
      </w:r>
      <w:proofErr w:type="spellStart"/>
      <w:r w:rsidRPr="004D6A4C">
        <w:t>stacjonarne</w:t>
      </w:r>
      <w:proofErr w:type="spellEnd"/>
      <w:r w:rsidRPr="004D6A4C">
        <w:t xml:space="preserve">, </w:t>
      </w:r>
      <w:proofErr w:type="spellStart"/>
      <w:r w:rsidRPr="004D6A4C">
        <w:t>teleporady</w:t>
      </w:r>
      <w:proofErr w:type="spellEnd"/>
      <w:r w:rsidR="001B10AE">
        <w:t>: ……..</w:t>
      </w:r>
      <w:r w:rsidR="001B10AE" w:rsidRPr="004D6A4C">
        <w:t xml:space="preserve">………… </w:t>
      </w:r>
      <w:proofErr w:type="spellStart"/>
      <w:r w:rsidR="001B10AE" w:rsidRPr="004D6A4C">
        <w:t>zł</w:t>
      </w:r>
      <w:proofErr w:type="spellEnd"/>
      <w:r w:rsidR="001B10AE" w:rsidRPr="004D6A4C">
        <w:t xml:space="preserve"> </w:t>
      </w:r>
      <w:proofErr w:type="spellStart"/>
      <w:r w:rsidR="001B10AE" w:rsidRPr="004D6A4C">
        <w:t>brutto</w:t>
      </w:r>
      <w:proofErr w:type="spellEnd"/>
    </w:p>
    <w:p w14:paraId="0152FDBC" w14:textId="6AFD9F07" w:rsidR="00D6548A" w:rsidRDefault="001B10AE" w:rsidP="001B10AE">
      <w:pPr>
        <w:pStyle w:val="Akapitzlist"/>
        <w:numPr>
          <w:ilvl w:val="0"/>
          <w:numId w:val="11"/>
        </w:numPr>
        <w:spacing w:after="0" w:line="480" w:lineRule="auto"/>
        <w:ind w:hanging="294"/>
      </w:pPr>
      <w:r>
        <w:t>I -</w:t>
      </w:r>
      <w:r w:rsidR="00D6548A" w:rsidRPr="004D6A4C">
        <w:t xml:space="preserve"> </w:t>
      </w:r>
      <w:proofErr w:type="spellStart"/>
      <w:r w:rsidR="00D6548A" w:rsidRPr="004D6A4C">
        <w:t>interwencje</w:t>
      </w:r>
      <w:proofErr w:type="spellEnd"/>
      <w:r w:rsidR="00D6548A" w:rsidRPr="004D6A4C">
        <w:t xml:space="preserve"> </w:t>
      </w:r>
      <w:proofErr w:type="spellStart"/>
      <w:r w:rsidR="00D6548A" w:rsidRPr="004D6A4C">
        <w:t>kryzysowe</w:t>
      </w:r>
      <w:proofErr w:type="spellEnd"/>
      <w:r w:rsidR="00D6548A" w:rsidRPr="004D6A4C">
        <w:t xml:space="preserve">, z </w:t>
      </w:r>
      <w:proofErr w:type="spellStart"/>
      <w:r w:rsidR="00D6548A" w:rsidRPr="004D6A4C">
        <w:t>wyłączeniem</w:t>
      </w:r>
      <w:proofErr w:type="spellEnd"/>
      <w:r w:rsidR="00D6548A" w:rsidRPr="004D6A4C">
        <w:t xml:space="preserve"> prowadzenia warsztatów : ………………… </w:t>
      </w:r>
      <w:proofErr w:type="spellStart"/>
      <w:r w:rsidR="00D6548A" w:rsidRPr="004D6A4C">
        <w:t>zł</w:t>
      </w:r>
      <w:proofErr w:type="spellEnd"/>
      <w:r w:rsidR="00D6548A" w:rsidRPr="004D6A4C">
        <w:t xml:space="preserve"> </w:t>
      </w:r>
      <w:proofErr w:type="spellStart"/>
      <w:r w:rsidR="00D6548A" w:rsidRPr="004D6A4C">
        <w:t>brutto</w:t>
      </w:r>
      <w:proofErr w:type="spellEnd"/>
      <w:r w:rsidR="00D6548A" w:rsidRPr="004D6A4C">
        <w:t>;</w:t>
      </w:r>
    </w:p>
    <w:p w14:paraId="61ED4E09" w14:textId="4FFA5E92" w:rsidR="001B10AE" w:rsidRPr="004D6A4C" w:rsidRDefault="001B10AE" w:rsidP="001B10AE">
      <w:pPr>
        <w:pStyle w:val="Akapitzlist"/>
        <w:numPr>
          <w:ilvl w:val="0"/>
          <w:numId w:val="11"/>
        </w:numPr>
        <w:spacing w:after="0" w:line="480" w:lineRule="auto"/>
        <w:ind w:hanging="294"/>
      </w:pPr>
      <w:r>
        <w:t xml:space="preserve">W – </w:t>
      </w:r>
      <w:proofErr w:type="spellStart"/>
      <w:r>
        <w:t>prowadzenie</w:t>
      </w:r>
      <w:proofErr w:type="spellEnd"/>
      <w:r>
        <w:t xml:space="preserve"> </w:t>
      </w:r>
      <w:proofErr w:type="spellStart"/>
      <w:r>
        <w:t>wartsztatów</w:t>
      </w:r>
      <w:proofErr w:type="spellEnd"/>
      <w:r>
        <w:t xml:space="preserve"> (3 </w:t>
      </w:r>
      <w:proofErr w:type="spellStart"/>
      <w:r>
        <w:t>godz</w:t>
      </w:r>
      <w:proofErr w:type="spellEnd"/>
      <w:r>
        <w:t xml:space="preserve">).: </w:t>
      </w:r>
      <w:r w:rsidRPr="004D6A4C">
        <w:t xml:space="preserve">………………… </w:t>
      </w:r>
      <w:proofErr w:type="spellStart"/>
      <w:r w:rsidRPr="004D6A4C">
        <w:t>zł</w:t>
      </w:r>
      <w:proofErr w:type="spellEnd"/>
      <w:r w:rsidRPr="004D6A4C">
        <w:t xml:space="preserve"> </w:t>
      </w:r>
      <w:proofErr w:type="spellStart"/>
      <w:r w:rsidRPr="004D6A4C">
        <w:t>brutto</w:t>
      </w:r>
      <w:proofErr w:type="spellEnd"/>
    </w:p>
    <w:p w14:paraId="1B62AD5D" w14:textId="20F6D074" w:rsidR="00D6548A" w:rsidRPr="004D6A4C" w:rsidRDefault="00D6548A" w:rsidP="001B10AE">
      <w:pPr>
        <w:spacing w:after="0" w:line="480" w:lineRule="auto"/>
        <w:ind w:left="720" w:hanging="294"/>
      </w:pPr>
      <w:r w:rsidRPr="004D6A4C">
        <w:t xml:space="preserve">d) </w:t>
      </w:r>
      <w:r w:rsidR="001B10AE">
        <w:t>I</w:t>
      </w:r>
      <w:r w:rsidRPr="004D6A4C">
        <w:t xml:space="preserve"> – </w:t>
      </w:r>
      <w:proofErr w:type="spellStart"/>
      <w:r w:rsidRPr="004D6A4C">
        <w:t>cena</w:t>
      </w:r>
      <w:proofErr w:type="spellEnd"/>
      <w:r w:rsidRPr="004D6A4C">
        <w:t xml:space="preserve"> za </w:t>
      </w:r>
      <w:proofErr w:type="spellStart"/>
      <w:r w:rsidR="001B10AE">
        <w:t>raport</w:t>
      </w:r>
      <w:proofErr w:type="spellEnd"/>
      <w:r w:rsidR="001B10AE">
        <w:t xml:space="preserve"> </w:t>
      </w:r>
      <w:proofErr w:type="spellStart"/>
      <w:r w:rsidR="001B10AE">
        <w:t>roczny</w:t>
      </w:r>
      <w:proofErr w:type="spellEnd"/>
      <w:r w:rsidRPr="004D6A4C">
        <w:t xml:space="preserve">: ………………… </w:t>
      </w:r>
      <w:proofErr w:type="spellStart"/>
      <w:r w:rsidRPr="004D6A4C">
        <w:t>zł</w:t>
      </w:r>
      <w:proofErr w:type="spellEnd"/>
      <w:r w:rsidRPr="004D6A4C">
        <w:t xml:space="preserve"> </w:t>
      </w:r>
      <w:proofErr w:type="spellStart"/>
      <w:r w:rsidRPr="004D6A4C">
        <w:t>brutto</w:t>
      </w:r>
      <w:proofErr w:type="spellEnd"/>
      <w:r w:rsidRPr="004D6A4C">
        <w:t>.</w:t>
      </w:r>
    </w:p>
    <w:p w14:paraId="01826D7E" w14:textId="77777777" w:rsidR="00D6548A" w:rsidRDefault="00D6548A" w:rsidP="004D6A4C">
      <w:pPr>
        <w:pStyle w:val="NormalnyWeb"/>
        <w:spacing w:before="0" w:beforeAutospacing="0" w:after="0" w:afterAutospacing="0"/>
        <w:rPr>
          <w:b/>
          <w:bCs/>
        </w:rPr>
      </w:pPr>
    </w:p>
    <w:p w14:paraId="73FDB262" w14:textId="77777777" w:rsidR="00D6548A" w:rsidRPr="00D6548A" w:rsidRDefault="00D6548A" w:rsidP="00D6548A">
      <w:pPr>
        <w:rPr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58"/>
        <w:gridCol w:w="2465"/>
      </w:tblGrid>
      <w:tr w:rsidR="00D6548A" w14:paraId="21DA7322" w14:textId="77777777" w:rsidTr="00D6548A">
        <w:trPr>
          <w:tblHeader/>
          <w:jc w:val="center"/>
        </w:trPr>
        <w:tc>
          <w:tcPr>
            <w:tcW w:w="6658" w:type="dxa"/>
            <w:shd w:val="clear" w:color="auto" w:fill="D9EAF7"/>
            <w:vAlign w:val="center"/>
          </w:tcPr>
          <w:p w14:paraId="78AA8A76" w14:textId="77777777" w:rsidR="00D6548A" w:rsidRDefault="00D6548A" w:rsidP="00D6548A">
            <w:proofErr w:type="spellStart"/>
            <w:r>
              <w:t>Pozycja</w:t>
            </w:r>
            <w:proofErr w:type="spellEnd"/>
          </w:p>
        </w:tc>
        <w:tc>
          <w:tcPr>
            <w:tcW w:w="2465" w:type="dxa"/>
            <w:shd w:val="clear" w:color="auto" w:fill="D9EAF7"/>
            <w:vAlign w:val="center"/>
          </w:tcPr>
          <w:p w14:paraId="2B4C1BFD" w14:textId="77777777" w:rsidR="00D6548A" w:rsidRDefault="00D6548A" w:rsidP="00D6548A">
            <w:r>
              <w:t>Wartość do porównania ofert</w:t>
            </w:r>
          </w:p>
        </w:tc>
      </w:tr>
      <w:tr w:rsidR="00D6548A" w14:paraId="5E68863C" w14:textId="77777777" w:rsidTr="00D6548A">
        <w:trPr>
          <w:jc w:val="center"/>
        </w:trPr>
        <w:tc>
          <w:tcPr>
            <w:tcW w:w="6658" w:type="dxa"/>
          </w:tcPr>
          <w:p w14:paraId="547F97FF" w14:textId="2C7333AD" w:rsidR="00D6548A" w:rsidRDefault="00D6548A" w:rsidP="00D6548A">
            <w:r>
              <w:t xml:space="preserve">P – </w:t>
            </w:r>
            <w:proofErr w:type="spellStart"/>
            <w:r>
              <w:t>pomoc</w:t>
            </w:r>
            <w:proofErr w:type="spellEnd"/>
            <w:r>
              <w:t xml:space="preserve"> </w:t>
            </w:r>
            <w:proofErr w:type="spellStart"/>
            <w:r>
              <w:t>psychologiczna</w:t>
            </w:r>
            <w:proofErr w:type="spellEnd"/>
            <w:r>
              <w:t xml:space="preserve">,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konsultacje</w:t>
            </w:r>
            <w:proofErr w:type="spellEnd"/>
            <w:r>
              <w:t xml:space="preserve"> stacjonarne, teleporady </w:t>
            </w:r>
          </w:p>
        </w:tc>
        <w:tc>
          <w:tcPr>
            <w:tcW w:w="2465" w:type="dxa"/>
          </w:tcPr>
          <w:p w14:paraId="7FAE57BA" w14:textId="77777777" w:rsidR="00D6548A" w:rsidRDefault="00D6548A" w:rsidP="00D6548A">
            <w:r>
              <w:t>P × 20 = ........................ zł</w:t>
            </w:r>
          </w:p>
        </w:tc>
      </w:tr>
      <w:tr w:rsidR="007D1590" w14:paraId="2DBA43CA" w14:textId="77777777" w:rsidTr="00827BA2">
        <w:trPr>
          <w:trHeight w:val="454"/>
          <w:jc w:val="center"/>
        </w:trPr>
        <w:tc>
          <w:tcPr>
            <w:tcW w:w="6658" w:type="dxa"/>
          </w:tcPr>
          <w:p w14:paraId="553EA07C" w14:textId="5A923628" w:rsidR="007D1590" w:rsidRDefault="007D1590" w:rsidP="00D6548A">
            <w:r>
              <w:t xml:space="preserve">I - </w:t>
            </w:r>
            <w:proofErr w:type="spellStart"/>
            <w:r>
              <w:t>interwencje</w:t>
            </w:r>
            <w:proofErr w:type="spellEnd"/>
            <w:r>
              <w:t xml:space="preserve"> </w:t>
            </w:r>
            <w:proofErr w:type="spellStart"/>
            <w:r>
              <w:t>kryzysowe</w:t>
            </w:r>
            <w:proofErr w:type="spellEnd"/>
          </w:p>
        </w:tc>
        <w:tc>
          <w:tcPr>
            <w:tcW w:w="2465" w:type="dxa"/>
          </w:tcPr>
          <w:p w14:paraId="5E9FA643" w14:textId="527148EE" w:rsidR="007D1590" w:rsidRDefault="007D1590" w:rsidP="00D6548A">
            <w:r>
              <w:t xml:space="preserve">I x 5  = …………… </w:t>
            </w:r>
            <w:proofErr w:type="spellStart"/>
            <w:r>
              <w:t>zł</w:t>
            </w:r>
            <w:proofErr w:type="spellEnd"/>
          </w:p>
        </w:tc>
      </w:tr>
      <w:tr w:rsidR="00D6548A" w14:paraId="5880B6A5" w14:textId="77777777" w:rsidTr="00D6548A">
        <w:trPr>
          <w:jc w:val="center"/>
        </w:trPr>
        <w:tc>
          <w:tcPr>
            <w:tcW w:w="6658" w:type="dxa"/>
          </w:tcPr>
          <w:p w14:paraId="6AF29BD0" w14:textId="77777777" w:rsidR="00D6548A" w:rsidRDefault="00D6548A" w:rsidP="00D6548A">
            <w:r>
              <w:t xml:space="preserve">W – </w:t>
            </w:r>
            <w:proofErr w:type="spellStart"/>
            <w:r>
              <w:t>prowadzenie</w:t>
            </w:r>
            <w:proofErr w:type="spellEnd"/>
            <w:r>
              <w:t xml:space="preserve"> </w:t>
            </w:r>
            <w:proofErr w:type="spellStart"/>
            <w:r>
              <w:t>warsztatów</w:t>
            </w:r>
            <w:proofErr w:type="spellEnd"/>
          </w:p>
        </w:tc>
        <w:tc>
          <w:tcPr>
            <w:tcW w:w="2465" w:type="dxa"/>
          </w:tcPr>
          <w:p w14:paraId="7EECAB9E" w14:textId="77777777" w:rsidR="00D6548A" w:rsidRDefault="00D6548A" w:rsidP="00D6548A">
            <w:r>
              <w:t>W × 3 = ........................ zł</w:t>
            </w:r>
          </w:p>
        </w:tc>
      </w:tr>
      <w:tr w:rsidR="007D1590" w14:paraId="2EB99C9B" w14:textId="77777777" w:rsidTr="00827BA2">
        <w:trPr>
          <w:trHeight w:val="495"/>
          <w:jc w:val="center"/>
        </w:trPr>
        <w:tc>
          <w:tcPr>
            <w:tcW w:w="6658" w:type="dxa"/>
          </w:tcPr>
          <w:p w14:paraId="3CFBC626" w14:textId="4987557A" w:rsidR="007D1590" w:rsidRDefault="007D1590" w:rsidP="00D6548A">
            <w:r>
              <w:t xml:space="preserve">R - </w:t>
            </w:r>
            <w:proofErr w:type="spellStart"/>
            <w:r>
              <w:t>raport</w:t>
            </w:r>
            <w:proofErr w:type="spellEnd"/>
            <w:r>
              <w:t xml:space="preserve"> </w:t>
            </w:r>
            <w:proofErr w:type="spellStart"/>
            <w:r>
              <w:t>roczny</w:t>
            </w:r>
            <w:proofErr w:type="spellEnd"/>
          </w:p>
        </w:tc>
        <w:tc>
          <w:tcPr>
            <w:tcW w:w="2465" w:type="dxa"/>
          </w:tcPr>
          <w:p w14:paraId="21ED7BF8" w14:textId="709A954B" w:rsidR="007D1590" w:rsidRDefault="00827BA2" w:rsidP="00D6548A">
            <w:r>
              <w:t xml:space="preserve">R = …………………. </w:t>
            </w:r>
            <w:proofErr w:type="spellStart"/>
            <w:r>
              <w:t>zł</w:t>
            </w:r>
            <w:proofErr w:type="spellEnd"/>
          </w:p>
        </w:tc>
      </w:tr>
    </w:tbl>
    <w:p w14:paraId="01DCA320" w14:textId="77777777" w:rsidR="00D6548A" w:rsidRDefault="00D6548A" w:rsidP="00D6548A">
      <w:pPr>
        <w:rPr>
          <w:b/>
        </w:rPr>
      </w:pPr>
    </w:p>
    <w:p w14:paraId="5CEBC7A8" w14:textId="677A3C51" w:rsidR="00FA6B4C" w:rsidRDefault="00000000" w:rsidP="00D6548A">
      <w:r>
        <w:rPr>
          <w:b/>
        </w:rPr>
        <w:t xml:space="preserve">Cena </w:t>
      </w:r>
      <w:proofErr w:type="spellStart"/>
      <w:r>
        <w:rPr>
          <w:b/>
        </w:rPr>
        <w:t>porównawcza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brutto</w:t>
      </w:r>
      <w:proofErr w:type="spellEnd"/>
      <w:r>
        <w:rPr>
          <w:b/>
        </w:rPr>
        <w:t xml:space="preserve">: C = (P × 20) + </w:t>
      </w:r>
      <w:r w:rsidR="007D1590">
        <w:rPr>
          <w:b/>
        </w:rPr>
        <w:t xml:space="preserve">(I </w:t>
      </w:r>
      <w:r w:rsidR="007D1590" w:rsidRPr="00827BA2">
        <w:rPr>
          <w:b/>
          <w:sz w:val="24"/>
          <w:szCs w:val="24"/>
          <w:vertAlign w:val="superscript"/>
        </w:rPr>
        <w:t>x</w:t>
      </w:r>
      <w:r w:rsidR="007D1590">
        <w:rPr>
          <w:b/>
        </w:rPr>
        <w:t xml:space="preserve"> 3) +</w:t>
      </w:r>
      <w:r>
        <w:rPr>
          <w:b/>
        </w:rPr>
        <w:t>(W × 3)</w:t>
      </w:r>
      <w:r w:rsidR="007D1590">
        <w:rPr>
          <w:b/>
        </w:rPr>
        <w:t>+</w:t>
      </w:r>
      <w:r w:rsidR="00827BA2">
        <w:rPr>
          <w:b/>
        </w:rPr>
        <w:t xml:space="preserve"> R</w:t>
      </w:r>
      <w:r w:rsidR="007D1590">
        <w:rPr>
          <w:b/>
        </w:rPr>
        <w:t xml:space="preserve"> </w:t>
      </w:r>
      <w:r>
        <w:rPr>
          <w:b/>
        </w:rPr>
        <w:t xml:space="preserve"> = </w:t>
      </w:r>
      <w:r>
        <w:t>........................................ zł brutto.</w:t>
      </w:r>
    </w:p>
    <w:p w14:paraId="5C577190" w14:textId="77777777" w:rsidR="00FA6B4C" w:rsidRDefault="00000000" w:rsidP="00D6548A">
      <w:r>
        <w:t>Wskazane liczby godzin służą wyłącznie porównaniu ofert i nie stanowią gwarancji zlecenia minimalnej liczby godzin pomocy psychologicznej. Zamawiający gwarantuje wyłącznie 3 godziny warsztatów.</w:t>
      </w:r>
    </w:p>
    <w:p w14:paraId="4F5A8F58" w14:textId="288DE012" w:rsidR="00D6548A" w:rsidRPr="00D6548A" w:rsidRDefault="00000000" w:rsidP="00D6548A">
      <w:pPr>
        <w:rPr>
          <w:b/>
          <w:bCs/>
        </w:rPr>
      </w:pPr>
      <w:r w:rsidRPr="00D6548A">
        <w:rPr>
          <w:b/>
          <w:bCs/>
        </w:rPr>
        <w:lastRenderedPageBreak/>
        <w:t>III.</w:t>
      </w:r>
      <w:r w:rsidR="00D6548A">
        <w:rPr>
          <w:b/>
          <w:bCs/>
        </w:rPr>
        <w:t xml:space="preserve"> </w:t>
      </w:r>
      <w:proofErr w:type="spellStart"/>
      <w:r w:rsidR="00D6548A" w:rsidRPr="005E711E">
        <w:rPr>
          <w:b/>
          <w:bCs/>
          <w:color w:val="000000" w:themeColor="text1"/>
        </w:rPr>
        <w:t>Warunki</w:t>
      </w:r>
      <w:proofErr w:type="spellEnd"/>
      <w:r w:rsidR="00D6548A" w:rsidRPr="005E711E">
        <w:rPr>
          <w:b/>
          <w:bCs/>
          <w:color w:val="000000" w:themeColor="text1"/>
        </w:rPr>
        <w:t xml:space="preserve"> </w:t>
      </w:r>
      <w:proofErr w:type="spellStart"/>
      <w:r w:rsidR="00D6548A" w:rsidRPr="005E711E">
        <w:rPr>
          <w:b/>
          <w:bCs/>
          <w:color w:val="000000" w:themeColor="text1"/>
        </w:rPr>
        <w:t>płatności</w:t>
      </w:r>
      <w:proofErr w:type="spellEnd"/>
      <w:r w:rsidR="00D6548A" w:rsidRPr="005E711E">
        <w:rPr>
          <w:color w:val="000000" w:themeColor="text1"/>
        </w:rPr>
        <w:t xml:space="preserve"> (</w:t>
      </w:r>
      <w:proofErr w:type="spellStart"/>
      <w:r w:rsidR="00D6548A" w:rsidRPr="005E711E">
        <w:rPr>
          <w:color w:val="000000" w:themeColor="text1"/>
        </w:rPr>
        <w:t>wg</w:t>
      </w:r>
      <w:proofErr w:type="spellEnd"/>
      <w:r w:rsidR="00D6548A" w:rsidRPr="005E711E">
        <w:rPr>
          <w:color w:val="000000" w:themeColor="text1"/>
        </w:rPr>
        <w:t xml:space="preserve"> </w:t>
      </w:r>
      <w:proofErr w:type="spellStart"/>
      <w:r w:rsidR="00D6548A" w:rsidRPr="005E711E">
        <w:rPr>
          <w:color w:val="000000" w:themeColor="text1"/>
        </w:rPr>
        <w:t>zaproszenia</w:t>
      </w:r>
      <w:proofErr w:type="spellEnd"/>
      <w:r w:rsidR="00D6548A" w:rsidRPr="005E711E">
        <w:rPr>
          <w:color w:val="000000" w:themeColor="text1"/>
        </w:rPr>
        <w:t>)</w:t>
      </w:r>
    </w:p>
    <w:p w14:paraId="6F8E2D9D" w14:textId="77777777" w:rsidR="00D6548A" w:rsidRPr="00D6548A" w:rsidRDefault="00D6548A" w:rsidP="00D6548A">
      <w:proofErr w:type="spellStart"/>
      <w:r w:rsidRPr="00D6548A">
        <w:t>Akceptuję</w:t>
      </w:r>
      <w:proofErr w:type="spellEnd"/>
      <w:r w:rsidRPr="00D6548A">
        <w:t xml:space="preserve"> </w:t>
      </w:r>
      <w:proofErr w:type="spellStart"/>
      <w:r w:rsidRPr="00D6548A">
        <w:t>warunki</w:t>
      </w:r>
      <w:proofErr w:type="spellEnd"/>
      <w:r w:rsidRPr="00D6548A">
        <w:t xml:space="preserve"> </w:t>
      </w:r>
      <w:proofErr w:type="spellStart"/>
      <w:r w:rsidRPr="00D6548A">
        <w:t>płatności</w:t>
      </w:r>
      <w:proofErr w:type="spellEnd"/>
      <w:r w:rsidRPr="00D6548A">
        <w:t xml:space="preserve"> </w:t>
      </w:r>
      <w:proofErr w:type="spellStart"/>
      <w:r w:rsidRPr="00D6548A">
        <w:t>określone</w:t>
      </w:r>
      <w:proofErr w:type="spellEnd"/>
      <w:r w:rsidRPr="00D6548A">
        <w:t xml:space="preserve"> w </w:t>
      </w:r>
      <w:proofErr w:type="spellStart"/>
      <w:r w:rsidRPr="00D6548A">
        <w:t>zaproszeniu</w:t>
      </w:r>
      <w:proofErr w:type="spellEnd"/>
      <w:r w:rsidRPr="00D6548A">
        <w:t xml:space="preserve"> do </w:t>
      </w:r>
      <w:proofErr w:type="spellStart"/>
      <w:r w:rsidRPr="00D6548A">
        <w:t>składania</w:t>
      </w:r>
      <w:proofErr w:type="spellEnd"/>
      <w:r w:rsidRPr="00D6548A">
        <w:t xml:space="preserve"> </w:t>
      </w:r>
      <w:proofErr w:type="spellStart"/>
      <w:r w:rsidRPr="00D6548A">
        <w:t>ofert</w:t>
      </w:r>
      <w:proofErr w:type="spellEnd"/>
      <w:r w:rsidRPr="00D6548A">
        <w:t xml:space="preserve"> </w:t>
      </w:r>
      <w:proofErr w:type="spellStart"/>
      <w:r w:rsidRPr="00D6548A">
        <w:t>i</w:t>
      </w:r>
      <w:proofErr w:type="spellEnd"/>
      <w:r w:rsidRPr="00D6548A">
        <w:t xml:space="preserve"> </w:t>
      </w:r>
      <w:proofErr w:type="spellStart"/>
      <w:r w:rsidRPr="00D6548A">
        <w:t>projekcie</w:t>
      </w:r>
      <w:proofErr w:type="spellEnd"/>
      <w:r w:rsidRPr="00D6548A">
        <w:t xml:space="preserve"> </w:t>
      </w:r>
      <w:proofErr w:type="spellStart"/>
      <w:r w:rsidRPr="00D6548A">
        <w:t>umowy</w:t>
      </w:r>
      <w:proofErr w:type="spellEnd"/>
      <w:r w:rsidRPr="00D6548A">
        <w:t xml:space="preserve"> </w:t>
      </w:r>
    </w:p>
    <w:p w14:paraId="21AC92FB" w14:textId="365540D8" w:rsidR="00FA6B4C" w:rsidRPr="00D6548A" w:rsidRDefault="00D6548A" w:rsidP="00D6548A">
      <w:pPr>
        <w:rPr>
          <w:b/>
          <w:bCs/>
        </w:rPr>
      </w:pPr>
      <w:r>
        <w:rPr>
          <w:b/>
          <w:bCs/>
        </w:rPr>
        <w:t xml:space="preserve">IV. </w:t>
      </w:r>
      <w:proofErr w:type="spellStart"/>
      <w:r w:rsidRPr="00D6548A">
        <w:rPr>
          <w:b/>
          <w:bCs/>
        </w:rPr>
        <w:t>Osoby</w:t>
      </w:r>
      <w:proofErr w:type="spellEnd"/>
      <w:r w:rsidRPr="00D6548A">
        <w:rPr>
          <w:b/>
          <w:bCs/>
        </w:rPr>
        <w:t xml:space="preserve"> </w:t>
      </w:r>
      <w:proofErr w:type="spellStart"/>
      <w:r w:rsidRPr="00D6548A">
        <w:rPr>
          <w:b/>
          <w:bCs/>
        </w:rPr>
        <w:t>przewidziane</w:t>
      </w:r>
      <w:proofErr w:type="spellEnd"/>
      <w:r w:rsidRPr="00D6548A">
        <w:rPr>
          <w:b/>
          <w:bCs/>
        </w:rPr>
        <w:t xml:space="preserve"> do </w:t>
      </w:r>
      <w:proofErr w:type="spellStart"/>
      <w:r w:rsidRPr="00D6548A">
        <w:rPr>
          <w:b/>
          <w:bCs/>
        </w:rPr>
        <w:t>realizacji</w:t>
      </w:r>
      <w:proofErr w:type="spellEnd"/>
      <w:r w:rsidRPr="00D6548A">
        <w:rPr>
          <w:b/>
          <w:bCs/>
        </w:rPr>
        <w:t xml:space="preserve"> </w:t>
      </w:r>
      <w:proofErr w:type="spellStart"/>
      <w:r w:rsidRPr="00D6548A">
        <w:rPr>
          <w:b/>
          <w:bCs/>
        </w:rPr>
        <w:t>zamówienia</w:t>
      </w:r>
      <w:proofErr w:type="spellEnd"/>
    </w:p>
    <w:p w14:paraId="4F5069ED" w14:textId="3855DF72" w:rsidR="00D6548A" w:rsidRPr="00D6548A" w:rsidRDefault="00D6548A" w:rsidP="00D6548A">
      <w:proofErr w:type="spellStart"/>
      <w:r w:rsidRPr="00D6548A">
        <w:t>Imię</w:t>
      </w:r>
      <w:proofErr w:type="spellEnd"/>
      <w:r w:rsidRPr="00D6548A">
        <w:t xml:space="preserve"> </w:t>
      </w:r>
      <w:proofErr w:type="spellStart"/>
      <w:r w:rsidRPr="00D6548A">
        <w:t>i</w:t>
      </w:r>
      <w:proofErr w:type="spellEnd"/>
      <w:r w:rsidRPr="00D6548A">
        <w:t xml:space="preserve"> </w:t>
      </w:r>
      <w:proofErr w:type="spellStart"/>
      <w:r w:rsidRPr="00D6548A">
        <w:t>nazwisko</w:t>
      </w:r>
      <w:proofErr w:type="spellEnd"/>
      <w:r w:rsidRPr="00D6548A">
        <w:t xml:space="preserve"> </w:t>
      </w:r>
      <w:proofErr w:type="spellStart"/>
      <w:r w:rsidRPr="00D6548A">
        <w:t>psychologa</w:t>
      </w:r>
      <w:proofErr w:type="spellEnd"/>
      <w:r w:rsidRPr="00D6548A">
        <w:t>/</w:t>
      </w:r>
      <w:proofErr w:type="spellStart"/>
      <w:r w:rsidRPr="00D6548A">
        <w:t>psychologów</w:t>
      </w:r>
      <w:proofErr w:type="spellEnd"/>
      <w:r w:rsidRPr="00D6548A">
        <w:t xml:space="preserve">: ................................................................................................ </w:t>
      </w:r>
      <w:proofErr w:type="spellStart"/>
      <w:r w:rsidRPr="00D6548A">
        <w:t>Podstawa</w:t>
      </w:r>
      <w:proofErr w:type="spellEnd"/>
      <w:r w:rsidRPr="00D6548A">
        <w:t xml:space="preserve"> </w:t>
      </w:r>
      <w:proofErr w:type="spellStart"/>
      <w:r w:rsidRPr="00D6548A">
        <w:t>dysponowania</w:t>
      </w:r>
      <w:proofErr w:type="spellEnd"/>
      <w:r w:rsidRPr="00D6548A">
        <w:t xml:space="preserve"> </w:t>
      </w:r>
      <w:proofErr w:type="spellStart"/>
      <w:r w:rsidRPr="00D6548A">
        <w:t>osobą</w:t>
      </w:r>
      <w:proofErr w:type="spellEnd"/>
      <w:r w:rsidRPr="00D6548A">
        <w:t>/</w:t>
      </w:r>
      <w:proofErr w:type="spellStart"/>
      <w:r w:rsidRPr="00D6548A">
        <w:t>osobami</w:t>
      </w:r>
      <w:proofErr w:type="spellEnd"/>
      <w:r w:rsidRPr="00D6548A">
        <w:t>: ..............................................................................................</w:t>
      </w:r>
    </w:p>
    <w:p w14:paraId="1A8FC92F" w14:textId="4A48181C" w:rsidR="00D6548A" w:rsidRPr="00D6548A" w:rsidRDefault="00D6548A" w:rsidP="00D6548A">
      <w:pPr>
        <w:rPr>
          <w:b/>
          <w:bCs/>
        </w:rPr>
      </w:pPr>
      <w:r w:rsidRPr="00D6548A">
        <w:rPr>
          <w:b/>
          <w:bCs/>
        </w:rPr>
        <w:t>V</w:t>
      </w:r>
      <w:r>
        <w:rPr>
          <w:b/>
          <w:bCs/>
        </w:rPr>
        <w:t>.</w:t>
      </w:r>
      <w:r w:rsidRPr="00D6548A">
        <w:rPr>
          <w:b/>
          <w:bCs/>
        </w:rPr>
        <w:t xml:space="preserve"> </w:t>
      </w:r>
      <w:proofErr w:type="spellStart"/>
      <w:r w:rsidRPr="00D6548A">
        <w:rPr>
          <w:b/>
          <w:bCs/>
        </w:rPr>
        <w:t>Kryteria</w:t>
      </w:r>
      <w:proofErr w:type="spellEnd"/>
      <w:r w:rsidRPr="00D6548A">
        <w:rPr>
          <w:b/>
          <w:bCs/>
        </w:rPr>
        <w:t xml:space="preserve"> </w:t>
      </w:r>
      <w:proofErr w:type="spellStart"/>
      <w:r w:rsidRPr="00D6548A">
        <w:rPr>
          <w:b/>
          <w:bCs/>
        </w:rPr>
        <w:t>oceny</w:t>
      </w:r>
      <w:proofErr w:type="spellEnd"/>
      <w:r w:rsidRPr="00D6548A">
        <w:rPr>
          <w:b/>
          <w:bCs/>
        </w:rPr>
        <w:t xml:space="preserve"> </w:t>
      </w:r>
      <w:proofErr w:type="spellStart"/>
      <w:r w:rsidRPr="00D6548A">
        <w:rPr>
          <w:b/>
          <w:bCs/>
        </w:rPr>
        <w:t>oferty</w:t>
      </w:r>
      <w:proofErr w:type="spellEnd"/>
    </w:p>
    <w:p w14:paraId="29B7727F" w14:textId="77BBED22" w:rsidR="00D6548A" w:rsidRPr="00D6548A" w:rsidRDefault="00D6548A" w:rsidP="00A7634F">
      <w:pPr>
        <w:jc w:val="both"/>
        <w:rPr>
          <w:color w:val="000000" w:themeColor="text1"/>
        </w:rPr>
      </w:pPr>
      <w:proofErr w:type="spellStart"/>
      <w:r w:rsidRPr="005E711E">
        <w:rPr>
          <w:color w:val="000000" w:themeColor="text1"/>
        </w:rPr>
        <w:t>Oferta</w:t>
      </w:r>
      <w:proofErr w:type="spellEnd"/>
      <w:r w:rsidRPr="005E711E">
        <w:rPr>
          <w:color w:val="000000" w:themeColor="text1"/>
        </w:rPr>
        <w:t xml:space="preserve"> </w:t>
      </w:r>
      <w:proofErr w:type="spellStart"/>
      <w:r w:rsidRPr="005E711E">
        <w:rPr>
          <w:color w:val="000000" w:themeColor="text1"/>
        </w:rPr>
        <w:t>została</w:t>
      </w:r>
      <w:proofErr w:type="spellEnd"/>
      <w:r w:rsidRPr="005E711E">
        <w:rPr>
          <w:color w:val="000000" w:themeColor="text1"/>
        </w:rPr>
        <w:t xml:space="preserve"> </w:t>
      </w:r>
      <w:proofErr w:type="spellStart"/>
      <w:r w:rsidRPr="005E711E">
        <w:rPr>
          <w:color w:val="000000" w:themeColor="text1"/>
        </w:rPr>
        <w:t>przygotowana</w:t>
      </w:r>
      <w:proofErr w:type="spellEnd"/>
      <w:r w:rsidRPr="005E711E">
        <w:rPr>
          <w:color w:val="000000" w:themeColor="text1"/>
        </w:rPr>
        <w:t xml:space="preserve"> z </w:t>
      </w:r>
      <w:proofErr w:type="spellStart"/>
      <w:r w:rsidRPr="005E711E">
        <w:rPr>
          <w:color w:val="000000" w:themeColor="text1"/>
        </w:rPr>
        <w:t>uwzględnieniem</w:t>
      </w:r>
      <w:proofErr w:type="spellEnd"/>
      <w:r w:rsidRPr="005E711E">
        <w:rPr>
          <w:color w:val="000000" w:themeColor="text1"/>
        </w:rPr>
        <w:t xml:space="preserve"> </w:t>
      </w:r>
      <w:proofErr w:type="spellStart"/>
      <w:r w:rsidRPr="005E711E">
        <w:rPr>
          <w:color w:val="000000" w:themeColor="text1"/>
        </w:rPr>
        <w:t>kryteriów</w:t>
      </w:r>
      <w:proofErr w:type="spellEnd"/>
      <w:r w:rsidRPr="005E711E">
        <w:rPr>
          <w:color w:val="000000" w:themeColor="text1"/>
        </w:rPr>
        <w:t xml:space="preserve"> </w:t>
      </w:r>
      <w:proofErr w:type="spellStart"/>
      <w:r w:rsidRPr="005E711E">
        <w:rPr>
          <w:color w:val="000000" w:themeColor="text1"/>
        </w:rPr>
        <w:t>oceny</w:t>
      </w:r>
      <w:proofErr w:type="spellEnd"/>
      <w:r w:rsidRPr="005E711E">
        <w:rPr>
          <w:color w:val="000000" w:themeColor="text1"/>
        </w:rPr>
        <w:t xml:space="preserve"> </w:t>
      </w:r>
      <w:proofErr w:type="spellStart"/>
      <w:r w:rsidRPr="005E711E">
        <w:rPr>
          <w:color w:val="000000" w:themeColor="text1"/>
        </w:rPr>
        <w:t>wskazanych</w:t>
      </w:r>
      <w:proofErr w:type="spellEnd"/>
      <w:r w:rsidRPr="005E711E">
        <w:rPr>
          <w:color w:val="000000" w:themeColor="text1"/>
        </w:rPr>
        <w:t xml:space="preserve"> </w:t>
      </w:r>
      <w:proofErr w:type="spellStart"/>
      <w:r w:rsidRPr="005E711E">
        <w:rPr>
          <w:color w:val="000000" w:themeColor="text1"/>
        </w:rPr>
        <w:t>przez</w:t>
      </w:r>
      <w:proofErr w:type="spellEnd"/>
      <w:r w:rsidRPr="005E711E">
        <w:rPr>
          <w:color w:val="000000" w:themeColor="text1"/>
        </w:rPr>
        <w:t xml:space="preserve"> </w:t>
      </w:r>
      <w:proofErr w:type="spellStart"/>
      <w:r w:rsidRPr="005E711E">
        <w:rPr>
          <w:color w:val="000000" w:themeColor="text1"/>
        </w:rPr>
        <w:t>Zamawiającego</w:t>
      </w:r>
      <w:proofErr w:type="spellEnd"/>
      <w:r w:rsidRPr="005E71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              </w:t>
      </w:r>
      <w:r w:rsidRPr="005E711E">
        <w:rPr>
          <w:color w:val="000000" w:themeColor="text1"/>
        </w:rPr>
        <w:t xml:space="preserve">w </w:t>
      </w:r>
      <w:proofErr w:type="spellStart"/>
      <w:r w:rsidRPr="005E711E">
        <w:rPr>
          <w:color w:val="000000" w:themeColor="text1"/>
        </w:rPr>
        <w:t>zaproszeniu</w:t>
      </w:r>
      <w:proofErr w:type="spellEnd"/>
      <w:r w:rsidRPr="005E711E">
        <w:rPr>
          <w:color w:val="000000" w:themeColor="text1"/>
        </w:rPr>
        <w:t>.</w:t>
      </w:r>
    </w:p>
    <w:p w14:paraId="3BB5C14A" w14:textId="08E0D2A6" w:rsidR="00FA6B4C" w:rsidRPr="00D6548A" w:rsidRDefault="00D6548A" w:rsidP="00A7634F">
      <w:pPr>
        <w:jc w:val="both"/>
        <w:rPr>
          <w:b/>
          <w:bCs/>
        </w:rPr>
      </w:pPr>
      <w:r>
        <w:rPr>
          <w:b/>
          <w:bCs/>
        </w:rPr>
        <w:t xml:space="preserve">VI. </w:t>
      </w:r>
      <w:proofErr w:type="spellStart"/>
      <w:r w:rsidRPr="00D6548A">
        <w:rPr>
          <w:b/>
          <w:bCs/>
        </w:rPr>
        <w:t>Oświadczenia</w:t>
      </w:r>
      <w:proofErr w:type="spellEnd"/>
      <w:r w:rsidRPr="00D6548A">
        <w:rPr>
          <w:b/>
          <w:bCs/>
        </w:rPr>
        <w:t xml:space="preserve"> </w:t>
      </w:r>
      <w:proofErr w:type="spellStart"/>
      <w:r w:rsidRPr="00D6548A">
        <w:rPr>
          <w:b/>
          <w:bCs/>
        </w:rPr>
        <w:t>Oferenta</w:t>
      </w:r>
      <w:proofErr w:type="spellEnd"/>
    </w:p>
    <w:p w14:paraId="46C50D6C" w14:textId="2551A3AD" w:rsidR="00FA6B4C" w:rsidRPr="00D6548A" w:rsidRDefault="00000000" w:rsidP="00A7634F">
      <w:pPr>
        <w:jc w:val="both"/>
        <w:rPr>
          <w:bCs/>
        </w:rPr>
      </w:pPr>
      <w:r w:rsidRPr="00D6548A">
        <w:rPr>
          <w:bCs/>
        </w:rPr>
        <w:t xml:space="preserve">1. </w:t>
      </w:r>
      <w:proofErr w:type="spellStart"/>
      <w:r w:rsidR="00D6548A">
        <w:rPr>
          <w:bCs/>
        </w:rPr>
        <w:t>Oświadczam</w:t>
      </w:r>
      <w:proofErr w:type="spellEnd"/>
      <w:r w:rsidR="00D6548A">
        <w:rPr>
          <w:bCs/>
        </w:rPr>
        <w:t xml:space="preserve">, </w:t>
      </w:r>
      <w:proofErr w:type="spellStart"/>
      <w:r w:rsidR="00D6548A">
        <w:rPr>
          <w:bCs/>
        </w:rPr>
        <w:t>że</w:t>
      </w:r>
      <w:proofErr w:type="spellEnd"/>
      <w:r w:rsidR="00D6548A">
        <w:rPr>
          <w:bCs/>
        </w:rPr>
        <w:t xml:space="preserve"> </w:t>
      </w:r>
      <w:proofErr w:type="spellStart"/>
      <w:r w:rsidR="00D6548A">
        <w:rPr>
          <w:bCs/>
        </w:rPr>
        <w:t>z</w:t>
      </w:r>
      <w:r w:rsidRPr="00D6548A">
        <w:rPr>
          <w:bCs/>
        </w:rPr>
        <w:t>apoznałem</w:t>
      </w:r>
      <w:proofErr w:type="spellEnd"/>
      <w:r w:rsidRPr="00D6548A">
        <w:rPr>
          <w:bCs/>
        </w:rPr>
        <w:t xml:space="preserve">(-am) </w:t>
      </w:r>
      <w:proofErr w:type="spellStart"/>
      <w:r w:rsidRPr="00D6548A">
        <w:rPr>
          <w:bCs/>
        </w:rPr>
        <w:t>się</w:t>
      </w:r>
      <w:proofErr w:type="spellEnd"/>
      <w:r w:rsidRPr="00D6548A">
        <w:rPr>
          <w:bCs/>
        </w:rPr>
        <w:t xml:space="preserve"> z </w:t>
      </w:r>
      <w:proofErr w:type="spellStart"/>
      <w:r w:rsidRPr="00D6548A">
        <w:rPr>
          <w:bCs/>
        </w:rPr>
        <w:t>treścią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zaproszenia</w:t>
      </w:r>
      <w:proofErr w:type="spellEnd"/>
      <w:r w:rsidRPr="00D6548A">
        <w:rPr>
          <w:bCs/>
        </w:rPr>
        <w:t xml:space="preserve"> do </w:t>
      </w:r>
      <w:proofErr w:type="spellStart"/>
      <w:r w:rsidRPr="00D6548A">
        <w:rPr>
          <w:bCs/>
        </w:rPr>
        <w:t>składania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ofert</w:t>
      </w:r>
      <w:proofErr w:type="spellEnd"/>
      <w:r w:rsidRPr="00D6548A">
        <w:rPr>
          <w:bCs/>
        </w:rPr>
        <w:t xml:space="preserve">, </w:t>
      </w:r>
      <w:proofErr w:type="spellStart"/>
      <w:r w:rsidRPr="00D6548A">
        <w:rPr>
          <w:bCs/>
        </w:rPr>
        <w:t>projektem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umowy</w:t>
      </w:r>
      <w:proofErr w:type="spellEnd"/>
      <w:r w:rsidRPr="00D6548A">
        <w:rPr>
          <w:bCs/>
        </w:rPr>
        <w:t xml:space="preserve"> </w:t>
      </w:r>
      <w:r w:rsidR="00A7634F">
        <w:rPr>
          <w:bCs/>
        </w:rPr>
        <w:br/>
      </w:r>
      <w:proofErr w:type="spellStart"/>
      <w:r w:rsidRPr="00D6548A">
        <w:rPr>
          <w:bCs/>
        </w:rPr>
        <w:t>i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wszystkimi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załącznikami</w:t>
      </w:r>
      <w:proofErr w:type="spellEnd"/>
      <w:r w:rsidRPr="00D6548A">
        <w:rPr>
          <w:bCs/>
        </w:rPr>
        <w:t xml:space="preserve">, </w:t>
      </w:r>
      <w:proofErr w:type="spellStart"/>
      <w:r w:rsidRPr="00D6548A">
        <w:rPr>
          <w:bCs/>
        </w:rPr>
        <w:t>akceptuję</w:t>
      </w:r>
      <w:proofErr w:type="spellEnd"/>
      <w:r w:rsidRPr="00D6548A">
        <w:rPr>
          <w:bCs/>
        </w:rPr>
        <w:t xml:space="preserve"> ich postanowienia i nie wnoszę zastrzeżeń.</w:t>
      </w:r>
    </w:p>
    <w:p w14:paraId="10A0C466" w14:textId="4800E87B" w:rsidR="00FA6B4C" w:rsidRPr="00D6548A" w:rsidRDefault="00000000" w:rsidP="00A7634F">
      <w:pPr>
        <w:jc w:val="both"/>
        <w:rPr>
          <w:bCs/>
        </w:rPr>
      </w:pPr>
      <w:r w:rsidRPr="00D6548A">
        <w:rPr>
          <w:bCs/>
        </w:rPr>
        <w:t xml:space="preserve">2. </w:t>
      </w:r>
      <w:proofErr w:type="spellStart"/>
      <w:r w:rsidR="00D6548A">
        <w:rPr>
          <w:bCs/>
        </w:rPr>
        <w:t>Oświadczam</w:t>
      </w:r>
      <w:proofErr w:type="spellEnd"/>
      <w:r w:rsidR="00D6548A">
        <w:rPr>
          <w:bCs/>
        </w:rPr>
        <w:t xml:space="preserve">, </w:t>
      </w:r>
      <w:proofErr w:type="spellStart"/>
      <w:r w:rsidR="00D6548A">
        <w:rPr>
          <w:bCs/>
        </w:rPr>
        <w:t>że</w:t>
      </w:r>
      <w:proofErr w:type="spellEnd"/>
      <w:r w:rsidR="00D6548A">
        <w:rPr>
          <w:bCs/>
        </w:rPr>
        <w:t xml:space="preserve"> </w:t>
      </w:r>
      <w:proofErr w:type="spellStart"/>
      <w:r w:rsidR="00D6548A">
        <w:rPr>
          <w:bCs/>
        </w:rPr>
        <w:t>c</w:t>
      </w:r>
      <w:r w:rsidRPr="00D6548A">
        <w:rPr>
          <w:bCs/>
        </w:rPr>
        <w:t>ena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ofertowa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obejmuje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wszystkie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koszty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prawidłowego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wykonania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zamówienia</w:t>
      </w:r>
      <w:proofErr w:type="spellEnd"/>
      <w:r w:rsidRPr="00D6548A">
        <w:rPr>
          <w:bCs/>
        </w:rPr>
        <w:t xml:space="preserve">, </w:t>
      </w:r>
      <w:r w:rsidR="00A7634F">
        <w:rPr>
          <w:bCs/>
        </w:rPr>
        <w:br/>
      </w:r>
      <w:r w:rsidRPr="00D6548A">
        <w:rPr>
          <w:bCs/>
        </w:rPr>
        <w:t xml:space="preserve">w </w:t>
      </w:r>
      <w:proofErr w:type="spellStart"/>
      <w:r w:rsidRPr="00D6548A">
        <w:rPr>
          <w:bCs/>
        </w:rPr>
        <w:t>tym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koszty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dojazdu</w:t>
      </w:r>
      <w:proofErr w:type="spellEnd"/>
      <w:r w:rsidRPr="00D6548A">
        <w:rPr>
          <w:bCs/>
        </w:rPr>
        <w:t xml:space="preserve">, </w:t>
      </w:r>
      <w:proofErr w:type="spellStart"/>
      <w:r w:rsidRPr="00D6548A">
        <w:rPr>
          <w:bCs/>
        </w:rPr>
        <w:t>narzędzi</w:t>
      </w:r>
      <w:proofErr w:type="spellEnd"/>
      <w:r w:rsidRPr="00D6548A">
        <w:rPr>
          <w:bCs/>
        </w:rPr>
        <w:t xml:space="preserve"> </w:t>
      </w:r>
      <w:proofErr w:type="spellStart"/>
      <w:r w:rsidRPr="00D6548A">
        <w:rPr>
          <w:bCs/>
        </w:rPr>
        <w:t>komunikacji</w:t>
      </w:r>
      <w:proofErr w:type="spellEnd"/>
      <w:r w:rsidRPr="00D6548A">
        <w:rPr>
          <w:bCs/>
        </w:rPr>
        <w:t>, zastępstwa, raportu rocznego i dokumentacji rozliczeniowej.</w:t>
      </w:r>
    </w:p>
    <w:p w14:paraId="029B4092" w14:textId="77777777" w:rsidR="00FA6B4C" w:rsidRPr="00D6548A" w:rsidRDefault="00000000" w:rsidP="00A7634F">
      <w:pPr>
        <w:jc w:val="both"/>
        <w:rPr>
          <w:bCs/>
        </w:rPr>
      </w:pPr>
      <w:r w:rsidRPr="00D6548A">
        <w:rPr>
          <w:bCs/>
        </w:rPr>
        <w:t>3. Przyjmuję do wiadomości, że Zamawiający nie płaci wynagrodzenia za gotowość, dyżur, oczekiwanie na zgłoszenie ani utrzymywanie kanałów kontaktu, a rozliczenie następuje wyłącznie za faktycznie wykonane świadczenia i warsztaty.</w:t>
      </w:r>
    </w:p>
    <w:p w14:paraId="1908C768" w14:textId="77777777" w:rsidR="00FA6B4C" w:rsidRPr="00D6548A" w:rsidRDefault="00000000" w:rsidP="00A7634F">
      <w:pPr>
        <w:jc w:val="both"/>
        <w:rPr>
          <w:bCs/>
        </w:rPr>
      </w:pPr>
      <w:r w:rsidRPr="00D6548A">
        <w:rPr>
          <w:bCs/>
        </w:rPr>
        <w:t>4. Każda osoba wskazana do realizacji zamówienia spełnia wymagania określone w zaproszeniu oraz art. 26a ust. 2 ustawy o Państwowym Ratownictwie Medycznym.</w:t>
      </w:r>
    </w:p>
    <w:p w14:paraId="00D69443" w14:textId="77777777" w:rsidR="00FA6B4C" w:rsidRPr="00D6548A" w:rsidRDefault="00000000" w:rsidP="00A7634F">
      <w:pPr>
        <w:jc w:val="both"/>
        <w:rPr>
          <w:bCs/>
        </w:rPr>
      </w:pPr>
      <w:r w:rsidRPr="00D6548A">
        <w:rPr>
          <w:bCs/>
        </w:rPr>
        <w:t>5. W przypadku wyboru oferty zobowiązuję się zawrzeć umowę zgodną z projektem i treścią złożonej oferty w terminie wskazanym przez Zamawiającego.</w:t>
      </w:r>
    </w:p>
    <w:p w14:paraId="430290A7" w14:textId="77777777" w:rsidR="00FA6B4C" w:rsidRPr="00D6548A" w:rsidRDefault="00000000" w:rsidP="00A7634F">
      <w:pPr>
        <w:jc w:val="both"/>
        <w:rPr>
          <w:bCs/>
        </w:rPr>
      </w:pPr>
      <w:r w:rsidRPr="00D6548A">
        <w:rPr>
          <w:bCs/>
        </w:rPr>
        <w:t>6. Pozostaję związany(-a) ofertą przez 30 dni roboczych od dnia upływu terminu składania ofert.</w:t>
      </w:r>
    </w:p>
    <w:p w14:paraId="547426FE" w14:textId="77777777" w:rsidR="00FA6B4C" w:rsidRPr="00D6548A" w:rsidRDefault="00000000" w:rsidP="00A7634F">
      <w:pPr>
        <w:jc w:val="both"/>
        <w:rPr>
          <w:bCs/>
        </w:rPr>
      </w:pPr>
      <w:r w:rsidRPr="00D6548A">
        <w:rPr>
          <w:bCs/>
        </w:rPr>
        <w:t>7. Zapoznałem(-am) się z klauzulą informacyjną dotyczącą przetwarzania danych osobowych.</w:t>
      </w:r>
    </w:p>
    <w:p w14:paraId="0708B8CA" w14:textId="77777777" w:rsidR="00FA6B4C" w:rsidRPr="00D6548A" w:rsidRDefault="00000000" w:rsidP="00A7634F">
      <w:pPr>
        <w:jc w:val="both"/>
        <w:rPr>
          <w:b/>
          <w:bCs/>
        </w:rPr>
      </w:pPr>
      <w:r w:rsidRPr="00D6548A">
        <w:rPr>
          <w:b/>
          <w:bCs/>
        </w:rPr>
        <w:t>V. Załączniki do oferty</w:t>
      </w:r>
    </w:p>
    <w:p w14:paraId="74A5E10A" w14:textId="77777777" w:rsidR="00FA6B4C" w:rsidRDefault="00000000" w:rsidP="00A7634F">
      <w:pPr>
        <w:pStyle w:val="Akapitzlist"/>
        <w:numPr>
          <w:ilvl w:val="0"/>
          <w:numId w:val="10"/>
        </w:numPr>
        <w:jc w:val="both"/>
      </w:pPr>
      <w:r>
        <w:t>Oświadczenie o braku przesłanek wykluczenia.</w:t>
      </w:r>
    </w:p>
    <w:p w14:paraId="1AB73DA9" w14:textId="77777777" w:rsidR="00FA6B4C" w:rsidRDefault="00000000" w:rsidP="00A7634F">
      <w:pPr>
        <w:pStyle w:val="Akapitzlist"/>
        <w:numPr>
          <w:ilvl w:val="0"/>
          <w:numId w:val="10"/>
        </w:numPr>
        <w:jc w:val="both"/>
      </w:pPr>
      <w:r>
        <w:t>Dokumenty potwierdzające wykształcenie i wymagane doświadczenie każdej osoby wskazanej do realizacji zamówienia.</w:t>
      </w:r>
    </w:p>
    <w:p w14:paraId="02C54E25" w14:textId="77777777" w:rsidR="00FA6B4C" w:rsidRDefault="00000000" w:rsidP="00A7634F">
      <w:pPr>
        <w:pStyle w:val="Akapitzlist"/>
        <w:numPr>
          <w:ilvl w:val="0"/>
          <w:numId w:val="10"/>
        </w:numPr>
        <w:jc w:val="both"/>
      </w:pPr>
      <w:r>
        <w:t>Pełnomocnictwo – jeżeli dotyczy.</w:t>
      </w:r>
    </w:p>
    <w:p w14:paraId="66539B6F" w14:textId="77777777" w:rsidR="00FA6B4C" w:rsidRDefault="00000000" w:rsidP="00D6548A">
      <w:r>
        <w:br/>
        <w:t>Miejscowość i data: ............................................................</w:t>
      </w:r>
      <w:r>
        <w:br/>
      </w:r>
      <w:r>
        <w:br/>
        <w:t>Podpis Oferenta / osoby upoważnionej: ............................................................</w:t>
      </w:r>
    </w:p>
    <w:sectPr w:rsidR="00FA6B4C" w:rsidSect="00034616">
      <w:pgSz w:w="12240" w:h="15840"/>
      <w:pgMar w:top="964" w:right="113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C974DF"/>
    <w:multiLevelType w:val="hybridMultilevel"/>
    <w:tmpl w:val="D9D0A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A4859"/>
    <w:multiLevelType w:val="hybridMultilevel"/>
    <w:tmpl w:val="6D9691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503078">
    <w:abstractNumId w:val="8"/>
  </w:num>
  <w:num w:numId="2" w16cid:durableId="1388457644">
    <w:abstractNumId w:val="6"/>
  </w:num>
  <w:num w:numId="3" w16cid:durableId="1631670583">
    <w:abstractNumId w:val="5"/>
  </w:num>
  <w:num w:numId="4" w16cid:durableId="314141915">
    <w:abstractNumId w:val="4"/>
  </w:num>
  <w:num w:numId="5" w16cid:durableId="2114664947">
    <w:abstractNumId w:val="7"/>
  </w:num>
  <w:num w:numId="6" w16cid:durableId="1260529879">
    <w:abstractNumId w:val="3"/>
  </w:num>
  <w:num w:numId="7" w16cid:durableId="720713999">
    <w:abstractNumId w:val="2"/>
  </w:num>
  <w:num w:numId="8" w16cid:durableId="824586584">
    <w:abstractNumId w:val="1"/>
  </w:num>
  <w:num w:numId="9" w16cid:durableId="1801724682">
    <w:abstractNumId w:val="0"/>
  </w:num>
  <w:num w:numId="10" w16cid:durableId="1370446531">
    <w:abstractNumId w:val="9"/>
  </w:num>
  <w:num w:numId="11" w16cid:durableId="11469723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393A"/>
    <w:rsid w:val="0015074B"/>
    <w:rsid w:val="001B10AE"/>
    <w:rsid w:val="0029639D"/>
    <w:rsid w:val="00326F90"/>
    <w:rsid w:val="004D6A4C"/>
    <w:rsid w:val="00746F26"/>
    <w:rsid w:val="00781E38"/>
    <w:rsid w:val="007D1590"/>
    <w:rsid w:val="00827BA2"/>
    <w:rsid w:val="00A7634F"/>
    <w:rsid w:val="00AA1D8D"/>
    <w:rsid w:val="00B47730"/>
    <w:rsid w:val="00CB0664"/>
    <w:rsid w:val="00D6548A"/>
    <w:rsid w:val="00FA6B4C"/>
    <w:rsid w:val="00FC693F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59D16"/>
  <w14:defaultImageDpi w14:val="300"/>
  <w15:docId w15:val="{4EBA046A-5233-461E-B16B-0A9D0DAF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6548A"/>
    <w:rPr>
      <w:sz w:val="16"/>
      <w:szCs w:val="16"/>
    </w:rPr>
  </w:style>
  <w:style w:type="paragraph" w:styleId="NormalnyWeb">
    <w:name w:val="Normal (Web)"/>
    <w:basedOn w:val="Normalny"/>
    <w:unhideWhenUsed/>
    <w:rsid w:val="00D6548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602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Justyna JR. Rudzka</cp:lastModifiedBy>
  <cp:revision>5</cp:revision>
  <cp:lastPrinted>2026-07-31T10:27:00Z</cp:lastPrinted>
  <dcterms:created xsi:type="dcterms:W3CDTF">2026-07-31T07:58:00Z</dcterms:created>
  <dcterms:modified xsi:type="dcterms:W3CDTF">2026-07-31T10:29:00Z</dcterms:modified>
  <cp:category/>
</cp:coreProperties>
</file>