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3C321" w14:textId="77777777" w:rsidR="001817FC" w:rsidRPr="009A3476" w:rsidRDefault="00000000">
      <w:pPr>
        <w:spacing w:after="160"/>
        <w:jc w:val="center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/>
          <w:sz w:val="28"/>
        </w:rPr>
        <w:t>UMOWA Nr ........../2026</w:t>
      </w:r>
    </w:p>
    <w:p w14:paraId="3831A141" w14:textId="77777777" w:rsidR="001817FC" w:rsidRPr="009A3476" w:rsidRDefault="00000000">
      <w:pPr>
        <w:rPr>
          <w:rFonts w:asciiTheme="majorHAnsi" w:hAnsiTheme="majorHAnsi" w:cstheme="majorHAnsi"/>
        </w:rPr>
      </w:pPr>
      <w:proofErr w:type="spellStart"/>
      <w:r w:rsidRPr="009A3476">
        <w:rPr>
          <w:rFonts w:asciiTheme="majorHAnsi" w:hAnsiTheme="majorHAnsi" w:cstheme="majorHAnsi"/>
        </w:rPr>
        <w:t>zawarta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dniu</w:t>
      </w:r>
      <w:proofErr w:type="spellEnd"/>
      <w:r w:rsidRPr="009A3476">
        <w:rPr>
          <w:rFonts w:asciiTheme="majorHAnsi" w:hAnsiTheme="majorHAnsi" w:cstheme="majorHAnsi"/>
        </w:rPr>
        <w:t xml:space="preserve"> ........................................ 2026 r. w </w:t>
      </w:r>
      <w:proofErr w:type="spellStart"/>
      <w:r w:rsidRPr="009A3476">
        <w:rPr>
          <w:rFonts w:asciiTheme="majorHAnsi" w:hAnsiTheme="majorHAnsi" w:cstheme="majorHAnsi"/>
        </w:rPr>
        <w:t>Chełmie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pomiędzy</w:t>
      </w:r>
      <w:proofErr w:type="spellEnd"/>
      <w:r w:rsidRPr="009A3476">
        <w:rPr>
          <w:rFonts w:asciiTheme="majorHAnsi" w:hAnsiTheme="majorHAnsi" w:cstheme="majorHAnsi"/>
        </w:rPr>
        <w:t>:</w:t>
      </w:r>
    </w:p>
    <w:p w14:paraId="63041367" w14:textId="77777777" w:rsidR="001817FC" w:rsidRPr="009A3476" w:rsidRDefault="00000000">
      <w:pPr>
        <w:rPr>
          <w:rFonts w:asciiTheme="majorHAnsi" w:hAnsiTheme="majorHAnsi" w:cstheme="majorHAnsi"/>
        </w:rPr>
      </w:pPr>
      <w:proofErr w:type="spellStart"/>
      <w:r w:rsidRPr="009A3476">
        <w:rPr>
          <w:rFonts w:asciiTheme="majorHAnsi" w:hAnsiTheme="majorHAnsi" w:cstheme="majorHAnsi"/>
          <w:b/>
        </w:rPr>
        <w:t>Stacją</w:t>
      </w:r>
      <w:proofErr w:type="spellEnd"/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</w:rPr>
        <w:t>Ratownictwa</w:t>
      </w:r>
      <w:proofErr w:type="spellEnd"/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</w:rPr>
        <w:t>Medycznego</w:t>
      </w:r>
      <w:proofErr w:type="spellEnd"/>
      <w:r w:rsidRPr="009A3476">
        <w:rPr>
          <w:rFonts w:asciiTheme="majorHAnsi" w:hAnsiTheme="majorHAnsi" w:cstheme="majorHAnsi"/>
          <w:b/>
        </w:rPr>
        <w:t xml:space="preserve"> w </w:t>
      </w:r>
      <w:proofErr w:type="spellStart"/>
      <w:r w:rsidRPr="009A3476">
        <w:rPr>
          <w:rFonts w:asciiTheme="majorHAnsi" w:hAnsiTheme="majorHAnsi" w:cstheme="majorHAnsi"/>
          <w:b/>
        </w:rPr>
        <w:t>Chełmie</w:t>
      </w:r>
      <w:proofErr w:type="spellEnd"/>
      <w:r w:rsidRPr="009A3476">
        <w:rPr>
          <w:rFonts w:asciiTheme="majorHAnsi" w:hAnsiTheme="majorHAnsi" w:cstheme="majorHAnsi"/>
          <w:b/>
        </w:rPr>
        <w:t xml:space="preserve"> – SP ZOZ</w:t>
      </w:r>
      <w:r w:rsidRPr="009A3476">
        <w:rPr>
          <w:rFonts w:asciiTheme="majorHAnsi" w:hAnsiTheme="majorHAnsi" w:cstheme="majorHAnsi"/>
        </w:rPr>
        <w:t xml:space="preserve">, ul. </w:t>
      </w:r>
      <w:proofErr w:type="spellStart"/>
      <w:r w:rsidRPr="009A3476">
        <w:rPr>
          <w:rFonts w:asciiTheme="majorHAnsi" w:hAnsiTheme="majorHAnsi" w:cstheme="majorHAnsi"/>
        </w:rPr>
        <w:t>Rejowiecka</w:t>
      </w:r>
      <w:proofErr w:type="spellEnd"/>
      <w:r w:rsidRPr="009A3476">
        <w:rPr>
          <w:rFonts w:asciiTheme="majorHAnsi" w:hAnsiTheme="majorHAnsi" w:cstheme="majorHAnsi"/>
        </w:rPr>
        <w:t xml:space="preserve"> 128, 22-100 </w:t>
      </w:r>
      <w:proofErr w:type="spellStart"/>
      <w:r w:rsidRPr="009A3476">
        <w:rPr>
          <w:rFonts w:asciiTheme="majorHAnsi" w:hAnsiTheme="majorHAnsi" w:cstheme="majorHAnsi"/>
        </w:rPr>
        <w:t>Chełm</w:t>
      </w:r>
      <w:proofErr w:type="spellEnd"/>
      <w:r w:rsidRPr="009A3476">
        <w:rPr>
          <w:rFonts w:asciiTheme="majorHAnsi" w:hAnsiTheme="majorHAnsi" w:cstheme="majorHAnsi"/>
        </w:rPr>
        <w:t xml:space="preserve">, KRS 0000023184, NIP 563-20-75-466, REGON 110603621, </w:t>
      </w:r>
      <w:proofErr w:type="spellStart"/>
      <w:r w:rsidRPr="009A3476">
        <w:rPr>
          <w:rFonts w:asciiTheme="majorHAnsi" w:hAnsiTheme="majorHAnsi" w:cstheme="majorHAnsi"/>
        </w:rPr>
        <w:t>reprezentowaną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przez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Dyrektora</w:t>
      </w:r>
      <w:proofErr w:type="spellEnd"/>
      <w:r w:rsidRPr="009A3476">
        <w:rPr>
          <w:rFonts w:asciiTheme="majorHAnsi" w:hAnsiTheme="majorHAnsi" w:cstheme="majorHAnsi"/>
        </w:rPr>
        <w:t xml:space="preserve"> – </w:t>
      </w:r>
      <w:proofErr w:type="spellStart"/>
      <w:r w:rsidRPr="009A3476">
        <w:rPr>
          <w:rFonts w:asciiTheme="majorHAnsi" w:hAnsiTheme="majorHAnsi" w:cstheme="majorHAnsi"/>
        </w:rPr>
        <w:t>Panią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Dorotę</w:t>
      </w:r>
      <w:proofErr w:type="spellEnd"/>
      <w:r w:rsidRPr="009A3476">
        <w:rPr>
          <w:rFonts w:asciiTheme="majorHAnsi" w:hAnsiTheme="majorHAnsi" w:cstheme="majorHAnsi"/>
        </w:rPr>
        <w:t xml:space="preserve"> Rybaczuk, </w:t>
      </w:r>
      <w:proofErr w:type="spellStart"/>
      <w:r w:rsidRPr="009A3476">
        <w:rPr>
          <w:rFonts w:asciiTheme="majorHAnsi" w:hAnsiTheme="majorHAnsi" w:cstheme="majorHAnsi"/>
        </w:rPr>
        <w:t>zwaną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dalej</w:t>
      </w:r>
      <w:proofErr w:type="spellEnd"/>
      <w:r w:rsidRPr="009A3476">
        <w:rPr>
          <w:rFonts w:asciiTheme="majorHAnsi" w:hAnsiTheme="majorHAnsi" w:cstheme="majorHAnsi"/>
        </w:rPr>
        <w:t xml:space="preserve"> „</w:t>
      </w:r>
      <w:proofErr w:type="spellStart"/>
      <w:r w:rsidRPr="009A3476">
        <w:rPr>
          <w:rFonts w:asciiTheme="majorHAnsi" w:hAnsiTheme="majorHAnsi" w:cstheme="majorHAnsi"/>
        </w:rPr>
        <w:t>Zamawiającym</w:t>
      </w:r>
      <w:proofErr w:type="spellEnd"/>
      <w:r w:rsidRPr="009A3476">
        <w:rPr>
          <w:rFonts w:asciiTheme="majorHAnsi" w:hAnsiTheme="majorHAnsi" w:cstheme="majorHAnsi"/>
        </w:rPr>
        <w:t>”,</w:t>
      </w:r>
    </w:p>
    <w:p w14:paraId="2E6939A0" w14:textId="77777777" w:rsidR="001817FC" w:rsidRPr="009A3476" w:rsidRDefault="00000000">
      <w:pPr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>a</w:t>
      </w:r>
    </w:p>
    <w:p w14:paraId="15D4757C" w14:textId="77777777" w:rsidR="001817FC" w:rsidRPr="009A3476" w:rsidRDefault="00000000">
      <w:pPr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</w:t>
      </w:r>
      <w:r w:rsidRPr="009A3476">
        <w:rPr>
          <w:rFonts w:asciiTheme="majorHAnsi" w:hAnsiTheme="majorHAnsi" w:cstheme="majorHAnsi"/>
        </w:rPr>
        <w:br/>
        <w:t>..............................................................................................................................................................</w:t>
      </w:r>
      <w:r w:rsidRPr="009A3476">
        <w:rPr>
          <w:rFonts w:asciiTheme="majorHAnsi" w:hAnsiTheme="majorHAnsi" w:cstheme="majorHAnsi"/>
        </w:rPr>
        <w:br/>
      </w:r>
      <w:proofErr w:type="spellStart"/>
      <w:r w:rsidRPr="009A3476">
        <w:rPr>
          <w:rFonts w:asciiTheme="majorHAnsi" w:hAnsiTheme="majorHAnsi" w:cstheme="majorHAnsi"/>
        </w:rPr>
        <w:t>zwanym</w:t>
      </w:r>
      <w:proofErr w:type="spellEnd"/>
      <w:r w:rsidRPr="009A3476">
        <w:rPr>
          <w:rFonts w:asciiTheme="majorHAnsi" w:hAnsiTheme="majorHAnsi" w:cstheme="majorHAnsi"/>
        </w:rPr>
        <w:t xml:space="preserve">(-ą) </w:t>
      </w:r>
      <w:proofErr w:type="spellStart"/>
      <w:r w:rsidRPr="009A3476">
        <w:rPr>
          <w:rFonts w:asciiTheme="majorHAnsi" w:hAnsiTheme="majorHAnsi" w:cstheme="majorHAnsi"/>
        </w:rPr>
        <w:t>dalej</w:t>
      </w:r>
      <w:proofErr w:type="spellEnd"/>
      <w:r w:rsidRPr="009A3476">
        <w:rPr>
          <w:rFonts w:asciiTheme="majorHAnsi" w:hAnsiTheme="majorHAnsi" w:cstheme="majorHAnsi"/>
        </w:rPr>
        <w:t xml:space="preserve"> „</w:t>
      </w:r>
      <w:proofErr w:type="spellStart"/>
      <w:r w:rsidRPr="009A3476">
        <w:rPr>
          <w:rFonts w:asciiTheme="majorHAnsi" w:hAnsiTheme="majorHAnsi" w:cstheme="majorHAnsi"/>
        </w:rPr>
        <w:t>Wykonawcą</w:t>
      </w:r>
      <w:proofErr w:type="spellEnd"/>
      <w:r w:rsidRPr="009A3476">
        <w:rPr>
          <w:rFonts w:asciiTheme="majorHAnsi" w:hAnsiTheme="majorHAnsi" w:cstheme="majorHAnsi"/>
        </w:rPr>
        <w:t>”,</w:t>
      </w:r>
    </w:p>
    <w:p w14:paraId="12ABDF08" w14:textId="77777777" w:rsidR="001817FC" w:rsidRPr="009A3476" w:rsidRDefault="00000000">
      <w:pPr>
        <w:rPr>
          <w:rFonts w:asciiTheme="majorHAnsi" w:hAnsiTheme="majorHAnsi" w:cstheme="majorHAnsi"/>
        </w:rPr>
      </w:pPr>
      <w:proofErr w:type="spellStart"/>
      <w:r w:rsidRPr="009A3476">
        <w:rPr>
          <w:rFonts w:asciiTheme="majorHAnsi" w:hAnsiTheme="majorHAnsi" w:cstheme="majorHAnsi"/>
        </w:rPr>
        <w:t>łącznie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zwanymi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dalej</w:t>
      </w:r>
      <w:proofErr w:type="spellEnd"/>
      <w:r w:rsidRPr="009A3476">
        <w:rPr>
          <w:rFonts w:asciiTheme="majorHAnsi" w:hAnsiTheme="majorHAnsi" w:cstheme="majorHAnsi"/>
        </w:rPr>
        <w:t xml:space="preserve"> „</w:t>
      </w:r>
      <w:proofErr w:type="spellStart"/>
      <w:r w:rsidRPr="009A3476">
        <w:rPr>
          <w:rFonts w:asciiTheme="majorHAnsi" w:hAnsiTheme="majorHAnsi" w:cstheme="majorHAnsi"/>
        </w:rPr>
        <w:t>Stronami</w:t>
      </w:r>
      <w:proofErr w:type="spellEnd"/>
      <w:r w:rsidRPr="009A3476">
        <w:rPr>
          <w:rFonts w:asciiTheme="majorHAnsi" w:hAnsiTheme="majorHAnsi" w:cstheme="majorHAnsi"/>
        </w:rPr>
        <w:t>”.</w:t>
      </w:r>
    </w:p>
    <w:p w14:paraId="6697E63C" w14:textId="77777777" w:rsidR="001817FC" w:rsidRPr="009A3476" w:rsidRDefault="00000000" w:rsidP="009A3476">
      <w:pPr>
        <w:spacing w:after="1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3476">
        <w:rPr>
          <w:rFonts w:asciiTheme="majorHAnsi" w:hAnsiTheme="majorHAnsi" w:cstheme="majorHAnsi"/>
          <w:b/>
          <w:sz w:val="24"/>
          <w:szCs w:val="24"/>
        </w:rPr>
        <w:t xml:space="preserve">§ 1.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Przedmiot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umowy</w:t>
      </w:r>
      <w:proofErr w:type="spellEnd"/>
    </w:p>
    <w:p w14:paraId="6C686BB4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1</w:t>
      </w:r>
      <w:r w:rsidRPr="009A3476">
        <w:rPr>
          <w:rFonts w:asciiTheme="majorHAnsi" w:hAnsiTheme="majorHAnsi" w:cstheme="majorHAnsi"/>
          <w:b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zobowiązuje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się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świadczyć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kompleksową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psychologiczną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wszystkim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członkom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zespołów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ratownictwa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medycznego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wykonującym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zadania</w:t>
      </w:r>
      <w:proofErr w:type="spellEnd"/>
      <w:r w:rsidRPr="009A3476">
        <w:rPr>
          <w:rFonts w:asciiTheme="majorHAnsi" w:hAnsiTheme="majorHAnsi" w:cstheme="majorHAnsi"/>
        </w:rPr>
        <w:t xml:space="preserve"> u </w:t>
      </w:r>
      <w:proofErr w:type="spellStart"/>
      <w:r w:rsidRPr="009A3476">
        <w:rPr>
          <w:rFonts w:asciiTheme="majorHAnsi" w:hAnsiTheme="majorHAnsi" w:cstheme="majorHAnsi"/>
        </w:rPr>
        <w:t>Zamawiającego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niezależnie</w:t>
      </w:r>
      <w:proofErr w:type="spellEnd"/>
      <w:r w:rsidRPr="009A3476">
        <w:rPr>
          <w:rFonts w:asciiTheme="majorHAnsi" w:hAnsiTheme="majorHAnsi" w:cstheme="majorHAnsi"/>
        </w:rPr>
        <w:t xml:space="preserve"> od </w:t>
      </w:r>
      <w:proofErr w:type="spellStart"/>
      <w:r w:rsidRPr="009A3476">
        <w:rPr>
          <w:rFonts w:asciiTheme="majorHAnsi" w:hAnsiTheme="majorHAnsi" w:cstheme="majorHAnsi"/>
        </w:rPr>
        <w:t>podstawy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prawnej</w:t>
      </w:r>
      <w:proofErr w:type="spellEnd"/>
      <w:r w:rsidRPr="009A3476">
        <w:rPr>
          <w:rFonts w:asciiTheme="majorHAnsi" w:hAnsiTheme="majorHAnsi" w:cstheme="majorHAnsi"/>
        </w:rPr>
        <w:t xml:space="preserve"> ich </w:t>
      </w:r>
      <w:proofErr w:type="spellStart"/>
      <w:r w:rsidRPr="009A3476">
        <w:rPr>
          <w:rFonts w:asciiTheme="majorHAnsi" w:hAnsiTheme="majorHAnsi" w:cstheme="majorHAnsi"/>
        </w:rPr>
        <w:t>wykonywania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zgodnie</w:t>
      </w:r>
      <w:proofErr w:type="spellEnd"/>
      <w:r w:rsidRPr="009A3476">
        <w:rPr>
          <w:rFonts w:asciiTheme="majorHAnsi" w:hAnsiTheme="majorHAnsi" w:cstheme="majorHAnsi"/>
        </w:rPr>
        <w:t xml:space="preserve"> z art. 26e </w:t>
      </w:r>
      <w:proofErr w:type="spellStart"/>
      <w:r w:rsidRPr="009A3476">
        <w:rPr>
          <w:rFonts w:asciiTheme="majorHAnsi" w:hAnsiTheme="majorHAnsi" w:cstheme="majorHAnsi"/>
        </w:rPr>
        <w:t>ustawy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dnia</w:t>
      </w:r>
      <w:proofErr w:type="spellEnd"/>
      <w:r w:rsidRPr="009A3476">
        <w:rPr>
          <w:rFonts w:asciiTheme="majorHAnsi" w:hAnsiTheme="majorHAnsi" w:cstheme="majorHAnsi"/>
        </w:rPr>
        <w:t xml:space="preserve"> 8 </w:t>
      </w:r>
      <w:proofErr w:type="spellStart"/>
      <w:r w:rsidRPr="009A3476">
        <w:rPr>
          <w:rFonts w:asciiTheme="majorHAnsi" w:hAnsiTheme="majorHAnsi" w:cstheme="majorHAnsi"/>
        </w:rPr>
        <w:t>września</w:t>
      </w:r>
      <w:proofErr w:type="spellEnd"/>
      <w:r w:rsidRPr="009A3476">
        <w:rPr>
          <w:rFonts w:asciiTheme="majorHAnsi" w:hAnsiTheme="majorHAnsi" w:cstheme="majorHAnsi"/>
        </w:rPr>
        <w:t xml:space="preserve"> 2006 r. o </w:t>
      </w:r>
      <w:proofErr w:type="spellStart"/>
      <w:r w:rsidRPr="009A3476">
        <w:rPr>
          <w:rFonts w:asciiTheme="majorHAnsi" w:hAnsiTheme="majorHAnsi" w:cstheme="majorHAnsi"/>
        </w:rPr>
        <w:t>Państwowym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Ratownictwie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Medycznym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7CF8C568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2</w:t>
      </w:r>
      <w:r w:rsidRPr="009A3476">
        <w:rPr>
          <w:rFonts w:asciiTheme="majorHAnsi" w:hAnsiTheme="majorHAnsi" w:cstheme="majorHAnsi"/>
          <w:b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Pomoc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obejmuje</w:t>
      </w:r>
      <w:proofErr w:type="spellEnd"/>
      <w:r w:rsidRPr="009A3476">
        <w:rPr>
          <w:rFonts w:asciiTheme="majorHAnsi" w:hAnsiTheme="majorHAnsi" w:cstheme="majorHAnsi"/>
        </w:rPr>
        <w:t xml:space="preserve">: </w:t>
      </w:r>
      <w:proofErr w:type="spellStart"/>
      <w:r w:rsidRPr="009A3476">
        <w:rPr>
          <w:rFonts w:asciiTheme="majorHAnsi" w:hAnsiTheme="majorHAnsi" w:cstheme="majorHAnsi"/>
        </w:rPr>
        <w:t>prewencję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skutków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stresorów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zawodowych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poradnictwo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psychologiczną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zakresie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problemów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wpływających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dobrostan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psychiczny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członków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zespołów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ratownictwa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medycznego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interwencje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psychologiczne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sytuacjach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kryzysowych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oraz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warsztaty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6EBA3212" w14:textId="77777777" w:rsidR="001817FC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3</w:t>
      </w:r>
      <w:r w:rsidRPr="009A3476">
        <w:rPr>
          <w:rFonts w:asciiTheme="majorHAnsi" w:hAnsiTheme="majorHAnsi" w:cstheme="majorHAnsi"/>
          <w:b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sporządzi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przekaże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Dyrektorowi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Zamawiającego</w:t>
      </w:r>
      <w:proofErr w:type="spellEnd"/>
      <w:r w:rsidRPr="009A3476">
        <w:rPr>
          <w:rFonts w:asciiTheme="majorHAnsi" w:hAnsiTheme="majorHAnsi" w:cstheme="majorHAnsi"/>
        </w:rPr>
        <w:t xml:space="preserve">, do </w:t>
      </w:r>
      <w:proofErr w:type="spellStart"/>
      <w:r w:rsidRPr="009A3476">
        <w:rPr>
          <w:rFonts w:asciiTheme="majorHAnsi" w:hAnsiTheme="majorHAnsi" w:cstheme="majorHAnsi"/>
        </w:rPr>
        <w:t>dnia</w:t>
      </w:r>
      <w:proofErr w:type="spellEnd"/>
      <w:r w:rsidRPr="009A3476">
        <w:rPr>
          <w:rFonts w:asciiTheme="majorHAnsi" w:hAnsiTheme="majorHAnsi" w:cstheme="majorHAnsi"/>
        </w:rPr>
        <w:t xml:space="preserve"> 31 </w:t>
      </w:r>
      <w:proofErr w:type="spellStart"/>
      <w:r w:rsidRPr="009A3476">
        <w:rPr>
          <w:rFonts w:asciiTheme="majorHAnsi" w:hAnsiTheme="majorHAnsi" w:cstheme="majorHAnsi"/>
        </w:rPr>
        <w:t>marca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każdego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roku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raport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roczny</w:t>
      </w:r>
      <w:proofErr w:type="spellEnd"/>
      <w:r w:rsidRPr="009A3476">
        <w:rPr>
          <w:rFonts w:asciiTheme="majorHAnsi" w:hAnsiTheme="majorHAnsi" w:cstheme="majorHAnsi"/>
        </w:rPr>
        <w:t xml:space="preserve"> za </w:t>
      </w:r>
      <w:proofErr w:type="spellStart"/>
      <w:r w:rsidRPr="009A3476">
        <w:rPr>
          <w:rFonts w:asciiTheme="majorHAnsi" w:hAnsiTheme="majorHAnsi" w:cstheme="majorHAnsi"/>
        </w:rPr>
        <w:t>rok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poprzedni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obejmujący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zbiorczą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liczbę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rodzaj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zrealizowanych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zadań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oraz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liczbę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osób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wobec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których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zadania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zrealizowano</w:t>
      </w:r>
      <w:proofErr w:type="spellEnd"/>
      <w:r w:rsidRPr="009A3476">
        <w:rPr>
          <w:rFonts w:asciiTheme="majorHAnsi" w:hAnsiTheme="majorHAnsi" w:cstheme="majorHAnsi"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Raport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zawierać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danych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osobowych</w:t>
      </w:r>
      <w:proofErr w:type="spellEnd"/>
      <w:r w:rsidRPr="009A3476">
        <w:rPr>
          <w:rFonts w:asciiTheme="majorHAnsi" w:hAnsiTheme="majorHAnsi" w:cstheme="majorHAnsi"/>
        </w:rPr>
        <w:t xml:space="preserve"> ani </w:t>
      </w:r>
      <w:proofErr w:type="spellStart"/>
      <w:r w:rsidRPr="009A3476">
        <w:rPr>
          <w:rFonts w:asciiTheme="majorHAnsi" w:hAnsiTheme="majorHAnsi" w:cstheme="majorHAnsi"/>
        </w:rPr>
        <w:t>informacji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umożliwiających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identyfikację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osób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korzystających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Sporządzenie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raportu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podlega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odrębnemu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wynagrodzeniu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4CCD9DE3" w14:textId="77777777" w:rsidR="009A3476" w:rsidRPr="009A3476" w:rsidRDefault="009A3476">
      <w:pPr>
        <w:spacing w:after="60"/>
        <w:ind w:hanging="283"/>
        <w:rPr>
          <w:rFonts w:asciiTheme="majorHAnsi" w:hAnsiTheme="majorHAnsi" w:cstheme="majorHAnsi"/>
        </w:rPr>
      </w:pPr>
    </w:p>
    <w:p w14:paraId="781FD026" w14:textId="77777777" w:rsidR="001817FC" w:rsidRPr="009A3476" w:rsidRDefault="00000000" w:rsidP="009A3476">
      <w:pPr>
        <w:spacing w:after="1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3476">
        <w:rPr>
          <w:rFonts w:asciiTheme="majorHAnsi" w:hAnsiTheme="majorHAnsi" w:cstheme="majorHAnsi"/>
          <w:b/>
          <w:sz w:val="24"/>
          <w:szCs w:val="24"/>
        </w:rPr>
        <w:t xml:space="preserve">§ 2.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Sposób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,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miejsce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i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terminy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świadczenia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usług</w:t>
      </w:r>
      <w:proofErr w:type="spellEnd"/>
    </w:p>
    <w:p w14:paraId="77814C7E" w14:textId="5B3E755E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1</w:t>
      </w:r>
      <w:r w:rsidRPr="009A3476">
        <w:rPr>
          <w:rFonts w:asciiTheme="majorHAnsi" w:hAnsiTheme="majorHAnsi" w:cstheme="majorHAnsi"/>
          <w:b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Podstawowym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miejscem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udzielania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psychologicznej</w:t>
      </w:r>
      <w:proofErr w:type="spellEnd"/>
      <w:r w:rsidRPr="009A3476">
        <w:rPr>
          <w:rFonts w:asciiTheme="majorHAnsi" w:hAnsiTheme="majorHAnsi" w:cstheme="majorHAnsi"/>
        </w:rPr>
        <w:t xml:space="preserve"> jest </w:t>
      </w:r>
      <w:proofErr w:type="spellStart"/>
      <w:r w:rsidRPr="009A3476">
        <w:rPr>
          <w:rFonts w:asciiTheme="majorHAnsi" w:hAnsiTheme="majorHAnsi" w:cstheme="majorHAnsi"/>
        </w:rPr>
        <w:t>siedziba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przy</w:t>
      </w:r>
      <w:proofErr w:type="spellEnd"/>
      <w:r w:rsidRPr="009A3476">
        <w:rPr>
          <w:rFonts w:asciiTheme="majorHAnsi" w:hAnsiTheme="majorHAnsi" w:cstheme="majorHAnsi"/>
        </w:rPr>
        <w:t xml:space="preserve"> ul. </w:t>
      </w:r>
      <w:proofErr w:type="spellStart"/>
      <w:r w:rsidRPr="009A3476">
        <w:rPr>
          <w:rFonts w:asciiTheme="majorHAnsi" w:hAnsiTheme="majorHAnsi" w:cstheme="majorHAnsi"/>
        </w:rPr>
        <w:t>Rejowieckiej</w:t>
      </w:r>
      <w:proofErr w:type="spellEnd"/>
      <w:r w:rsidRPr="009A3476">
        <w:rPr>
          <w:rFonts w:asciiTheme="majorHAnsi" w:hAnsiTheme="majorHAnsi" w:cstheme="majorHAnsi"/>
        </w:rPr>
        <w:t xml:space="preserve"> 128 </w:t>
      </w:r>
      <w:r w:rsidR="00D15E69">
        <w:rPr>
          <w:rFonts w:asciiTheme="majorHAnsi" w:hAnsiTheme="majorHAnsi" w:cstheme="majorHAnsi"/>
        </w:rPr>
        <w:br/>
      </w:r>
      <w:r w:rsidRPr="009A3476">
        <w:rPr>
          <w:rFonts w:asciiTheme="majorHAnsi" w:hAnsiTheme="majorHAnsi" w:cstheme="majorHAnsi"/>
        </w:rPr>
        <w:t xml:space="preserve">w </w:t>
      </w:r>
      <w:proofErr w:type="spellStart"/>
      <w:r w:rsidRPr="009A3476">
        <w:rPr>
          <w:rFonts w:asciiTheme="majorHAnsi" w:hAnsiTheme="majorHAnsi" w:cstheme="majorHAnsi"/>
        </w:rPr>
        <w:t>Chełmie</w:t>
      </w:r>
      <w:proofErr w:type="spellEnd"/>
      <w:r w:rsidRPr="009A3476">
        <w:rPr>
          <w:rFonts w:asciiTheme="majorHAnsi" w:hAnsiTheme="majorHAnsi" w:cstheme="majorHAnsi"/>
        </w:rPr>
        <w:t xml:space="preserve">, w </w:t>
      </w:r>
      <w:proofErr w:type="spellStart"/>
      <w:r w:rsidRPr="009A3476">
        <w:rPr>
          <w:rFonts w:asciiTheme="majorHAnsi" w:hAnsiTheme="majorHAnsi" w:cstheme="majorHAnsi"/>
        </w:rPr>
        <w:t>pomieszczeniu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zapewniającym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poufność</w:t>
      </w:r>
      <w:proofErr w:type="spellEnd"/>
      <w:r w:rsidRPr="009A3476">
        <w:rPr>
          <w:rFonts w:asciiTheme="majorHAnsi" w:hAnsiTheme="majorHAnsi" w:cstheme="majorHAnsi"/>
        </w:rPr>
        <w:t xml:space="preserve">. W </w:t>
      </w:r>
      <w:proofErr w:type="spellStart"/>
      <w:r w:rsidRPr="009A3476">
        <w:rPr>
          <w:rFonts w:asciiTheme="majorHAnsi" w:hAnsiTheme="majorHAnsi" w:cstheme="majorHAnsi"/>
        </w:rPr>
        <w:t>uzasadnionych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przypadkach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być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udzielona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r w:rsidR="00D15E69">
        <w:rPr>
          <w:rFonts w:asciiTheme="majorHAnsi" w:hAnsiTheme="majorHAnsi" w:cstheme="majorHAnsi"/>
        </w:rPr>
        <w:br/>
      </w:r>
      <w:r w:rsidRPr="009A3476">
        <w:rPr>
          <w:rFonts w:asciiTheme="majorHAnsi" w:hAnsiTheme="majorHAnsi" w:cstheme="majorHAnsi"/>
        </w:rPr>
        <w:t xml:space="preserve">w </w:t>
      </w:r>
      <w:proofErr w:type="spellStart"/>
      <w:r w:rsidRPr="009A3476">
        <w:rPr>
          <w:rFonts w:asciiTheme="majorHAnsi" w:hAnsiTheme="majorHAnsi" w:cstheme="majorHAnsi"/>
        </w:rPr>
        <w:t>formie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teleporady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telefonicznej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lub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audiowizualnej</w:t>
      </w:r>
      <w:proofErr w:type="spellEnd"/>
      <w:r w:rsidRPr="009A3476">
        <w:rPr>
          <w:rFonts w:asciiTheme="majorHAnsi" w:hAnsiTheme="majorHAnsi" w:cstheme="majorHAnsi"/>
        </w:rPr>
        <w:t xml:space="preserve">, za </w:t>
      </w:r>
      <w:proofErr w:type="spellStart"/>
      <w:r w:rsidRPr="009A3476">
        <w:rPr>
          <w:rFonts w:asciiTheme="majorHAnsi" w:hAnsiTheme="majorHAnsi" w:cstheme="majorHAnsi"/>
        </w:rPr>
        <w:t>zgodą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osoby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korzystającej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3660865E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2.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Członek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zespołu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ratownictwa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medycznego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zgłosić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potrzebę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skorzystania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bezpośrednio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Wykonawcy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adres</w:t>
      </w:r>
      <w:proofErr w:type="spellEnd"/>
      <w:r w:rsidRPr="009A3476">
        <w:rPr>
          <w:rFonts w:asciiTheme="majorHAnsi" w:hAnsiTheme="majorHAnsi" w:cstheme="majorHAnsi"/>
        </w:rPr>
        <w:t xml:space="preserve"> e-mail ........................................ </w:t>
      </w:r>
      <w:proofErr w:type="spellStart"/>
      <w:r w:rsidRPr="009A3476">
        <w:rPr>
          <w:rFonts w:asciiTheme="majorHAnsi" w:hAnsiTheme="majorHAnsi" w:cstheme="majorHAnsi"/>
        </w:rPr>
        <w:t>lub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numer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telefonu</w:t>
      </w:r>
      <w:proofErr w:type="spellEnd"/>
      <w:r w:rsidRPr="009A3476">
        <w:rPr>
          <w:rFonts w:asciiTheme="majorHAnsi" w:hAnsiTheme="majorHAnsi" w:cstheme="majorHAnsi"/>
        </w:rPr>
        <w:t xml:space="preserve"> ........................................ . </w:t>
      </w:r>
      <w:proofErr w:type="spellStart"/>
      <w:r w:rsidRPr="009A3476">
        <w:rPr>
          <w:rFonts w:asciiTheme="majorHAnsi" w:hAnsiTheme="majorHAnsi" w:cstheme="majorHAnsi"/>
        </w:rPr>
        <w:t>Dopuszcza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się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przekazanie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zgłoszenia</w:t>
      </w:r>
      <w:proofErr w:type="spellEnd"/>
      <w:r w:rsidRPr="009A3476">
        <w:rPr>
          <w:rFonts w:asciiTheme="majorHAnsi" w:hAnsiTheme="majorHAnsi" w:cstheme="majorHAnsi"/>
        </w:rPr>
        <w:t xml:space="preserve"> za </w:t>
      </w:r>
      <w:proofErr w:type="spellStart"/>
      <w:r w:rsidRPr="009A3476">
        <w:rPr>
          <w:rFonts w:asciiTheme="majorHAnsi" w:hAnsiTheme="majorHAnsi" w:cstheme="majorHAnsi"/>
        </w:rPr>
        <w:t>pośrednictwem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osoby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upoważnionej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przez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Zamawiającego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jeżeli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zainteresowany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członek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zespołu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wyrazi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</w:t>
      </w:r>
      <w:proofErr w:type="spellEnd"/>
      <w:r w:rsidRPr="009A3476">
        <w:rPr>
          <w:rFonts w:asciiTheme="majorHAnsi" w:hAnsiTheme="majorHAnsi" w:cstheme="majorHAnsi"/>
        </w:rPr>
        <w:t xml:space="preserve"> to </w:t>
      </w:r>
      <w:proofErr w:type="spellStart"/>
      <w:r w:rsidRPr="009A3476">
        <w:rPr>
          <w:rFonts w:asciiTheme="majorHAnsi" w:hAnsiTheme="majorHAnsi" w:cstheme="majorHAnsi"/>
        </w:rPr>
        <w:t>zgodę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300FA315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3.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Potwierdzenie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uprawnienia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skorzystania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odbywa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się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sposób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nieujawniający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Zamawiającemu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przyczyny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zgłoszenia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treści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kontaktu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psychologiem</w:t>
      </w:r>
      <w:proofErr w:type="spellEnd"/>
      <w:r w:rsidRPr="009A3476">
        <w:rPr>
          <w:rFonts w:asciiTheme="majorHAnsi" w:hAnsiTheme="majorHAnsi" w:cstheme="majorHAnsi"/>
        </w:rPr>
        <w:t xml:space="preserve"> ani </w:t>
      </w:r>
      <w:proofErr w:type="spellStart"/>
      <w:r w:rsidRPr="009A3476">
        <w:rPr>
          <w:rFonts w:asciiTheme="majorHAnsi" w:hAnsiTheme="majorHAnsi" w:cstheme="majorHAnsi"/>
        </w:rPr>
        <w:t>rodzaju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udzielanej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62F03BC9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4.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Zwykła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konsultacja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psychologiczna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zostanie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rozpoczęta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później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niż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terminie</w:t>
      </w:r>
      <w:proofErr w:type="spellEnd"/>
      <w:r w:rsidRPr="009A3476">
        <w:rPr>
          <w:rFonts w:asciiTheme="majorHAnsi" w:hAnsiTheme="majorHAnsi" w:cstheme="majorHAnsi"/>
        </w:rPr>
        <w:t xml:space="preserve"> 72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 od </w:t>
      </w:r>
      <w:proofErr w:type="spellStart"/>
      <w:r w:rsidRPr="009A3476">
        <w:rPr>
          <w:rFonts w:asciiTheme="majorHAnsi" w:hAnsiTheme="majorHAnsi" w:cstheme="majorHAnsi"/>
        </w:rPr>
        <w:t>otrzymania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zgłoszenia</w:t>
      </w:r>
      <w:proofErr w:type="spellEnd"/>
      <w:r w:rsidRPr="009A3476">
        <w:rPr>
          <w:rFonts w:asciiTheme="majorHAnsi" w:hAnsiTheme="majorHAnsi" w:cstheme="majorHAnsi"/>
        </w:rPr>
        <w:t xml:space="preserve">, w </w:t>
      </w:r>
      <w:proofErr w:type="spellStart"/>
      <w:r w:rsidRPr="009A3476">
        <w:rPr>
          <w:rFonts w:asciiTheme="majorHAnsi" w:hAnsiTheme="majorHAnsi" w:cstheme="majorHAnsi"/>
        </w:rPr>
        <w:t>terminie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uzgodnionym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bezpośrednio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osobą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korzystającą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Pomoc</w:t>
      </w:r>
      <w:proofErr w:type="spellEnd"/>
      <w:r w:rsidRPr="009A3476">
        <w:rPr>
          <w:rFonts w:asciiTheme="majorHAnsi" w:hAnsiTheme="majorHAnsi" w:cstheme="majorHAnsi"/>
        </w:rPr>
        <w:t xml:space="preserve"> jest </w:t>
      </w:r>
      <w:proofErr w:type="spellStart"/>
      <w:r w:rsidRPr="009A3476">
        <w:rPr>
          <w:rFonts w:asciiTheme="majorHAnsi" w:hAnsiTheme="majorHAnsi" w:cstheme="majorHAnsi"/>
        </w:rPr>
        <w:t>udzielana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wyłącznie</w:t>
      </w:r>
      <w:proofErr w:type="spellEnd"/>
      <w:r w:rsidRPr="009A3476">
        <w:rPr>
          <w:rFonts w:asciiTheme="majorHAnsi" w:hAnsiTheme="majorHAnsi" w:cstheme="majorHAnsi"/>
        </w:rPr>
        <w:t xml:space="preserve"> za </w:t>
      </w:r>
      <w:proofErr w:type="spellStart"/>
      <w:r w:rsidRPr="009A3476">
        <w:rPr>
          <w:rFonts w:asciiTheme="majorHAnsi" w:hAnsiTheme="majorHAnsi" w:cstheme="majorHAnsi"/>
        </w:rPr>
        <w:t>zgodą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osoby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35328216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5.</w:t>
      </w:r>
      <w:r w:rsidRPr="009A3476">
        <w:rPr>
          <w:rFonts w:asciiTheme="majorHAnsi" w:hAnsiTheme="majorHAnsi" w:cstheme="majorHAnsi"/>
          <w:b/>
        </w:rPr>
        <w:t xml:space="preserve"> </w:t>
      </w:r>
      <w:r w:rsidRPr="009A3476">
        <w:rPr>
          <w:rFonts w:asciiTheme="majorHAnsi" w:hAnsiTheme="majorHAnsi" w:cstheme="majorHAnsi"/>
        </w:rPr>
        <w:t xml:space="preserve">W </w:t>
      </w:r>
      <w:proofErr w:type="spellStart"/>
      <w:r w:rsidRPr="009A3476">
        <w:rPr>
          <w:rFonts w:asciiTheme="majorHAnsi" w:hAnsiTheme="majorHAnsi" w:cstheme="majorHAnsi"/>
        </w:rPr>
        <w:t>przypadku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zdarzenia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kryzysowego</w:t>
      </w:r>
      <w:proofErr w:type="spellEnd"/>
      <w:r w:rsidRPr="009A3476">
        <w:rPr>
          <w:rFonts w:asciiTheme="majorHAnsi" w:hAnsiTheme="majorHAnsi" w:cstheme="majorHAnsi"/>
        </w:rPr>
        <w:t xml:space="preserve">, w </w:t>
      </w:r>
      <w:proofErr w:type="spellStart"/>
      <w:r w:rsidRPr="009A3476">
        <w:rPr>
          <w:rFonts w:asciiTheme="majorHAnsi" w:hAnsiTheme="majorHAnsi" w:cstheme="majorHAnsi"/>
        </w:rPr>
        <w:t>szczególności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katastrofy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zdarzenia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mnogiego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lub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masowego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śmierci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dziecka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śmierci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członka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zespołu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ratownictwa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medycznego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albo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innego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zdarzenia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mogącego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wywołać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szczególnie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silne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obciążenie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psychiczne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Zamawiający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zgłosić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potrzebę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pilnej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interwencji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psychologicznej</w:t>
      </w:r>
      <w:proofErr w:type="spellEnd"/>
      <w:r w:rsidRPr="009A3476">
        <w:rPr>
          <w:rFonts w:asciiTheme="majorHAnsi" w:hAnsiTheme="majorHAnsi" w:cstheme="majorHAnsi"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rozpocznie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interwencję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formie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teleporady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później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niż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terminie</w:t>
      </w:r>
      <w:proofErr w:type="spellEnd"/>
      <w:r w:rsidRPr="009A3476">
        <w:rPr>
          <w:rFonts w:asciiTheme="majorHAnsi" w:hAnsiTheme="majorHAnsi" w:cstheme="majorHAnsi"/>
        </w:rPr>
        <w:t xml:space="preserve"> 4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 od </w:t>
      </w:r>
      <w:proofErr w:type="spellStart"/>
      <w:r w:rsidRPr="009A3476">
        <w:rPr>
          <w:rFonts w:asciiTheme="majorHAnsi" w:hAnsiTheme="majorHAnsi" w:cstheme="majorHAnsi"/>
        </w:rPr>
        <w:t>otrzymania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zgłoszenia</w:t>
      </w:r>
      <w:proofErr w:type="spellEnd"/>
      <w:r w:rsidRPr="009A3476">
        <w:rPr>
          <w:rFonts w:asciiTheme="majorHAnsi" w:hAnsiTheme="majorHAnsi" w:cstheme="majorHAnsi"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Dalsza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być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kontynuowana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siedzibie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albo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zdalnie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stosownie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potrzeb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uzgodnień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6DB54754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lastRenderedPageBreak/>
        <w:t>6.</w:t>
      </w:r>
      <w:r w:rsidRPr="009A3476">
        <w:rPr>
          <w:rFonts w:asciiTheme="majorHAnsi" w:hAnsiTheme="majorHAnsi" w:cstheme="majorHAnsi"/>
          <w:b/>
        </w:rPr>
        <w:t xml:space="preserve"> </w:t>
      </w:r>
      <w:r w:rsidRPr="009A3476">
        <w:rPr>
          <w:rFonts w:asciiTheme="majorHAnsi" w:hAnsiTheme="majorHAnsi" w:cstheme="majorHAnsi"/>
        </w:rPr>
        <w:t xml:space="preserve">W </w:t>
      </w:r>
      <w:proofErr w:type="spellStart"/>
      <w:r w:rsidRPr="009A3476">
        <w:rPr>
          <w:rFonts w:asciiTheme="majorHAnsi" w:hAnsiTheme="majorHAnsi" w:cstheme="majorHAnsi"/>
        </w:rPr>
        <w:t>ramach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prewencji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skutków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stresorów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zawodowych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przeprowadzi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warsztaty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łącznym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wymiarze</w:t>
      </w:r>
      <w:proofErr w:type="spellEnd"/>
      <w:r w:rsidRPr="009A3476">
        <w:rPr>
          <w:rFonts w:asciiTheme="majorHAnsi" w:hAnsiTheme="majorHAnsi" w:cstheme="majorHAnsi"/>
        </w:rPr>
        <w:t xml:space="preserve"> 3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. Program </w:t>
      </w:r>
      <w:proofErr w:type="spellStart"/>
      <w:r w:rsidRPr="009A3476">
        <w:rPr>
          <w:rFonts w:asciiTheme="majorHAnsi" w:hAnsiTheme="majorHAnsi" w:cstheme="majorHAnsi"/>
        </w:rPr>
        <w:t>warsztatów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przedstawi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Zamawiającemu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akceptacji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później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niż</w:t>
      </w:r>
      <w:proofErr w:type="spellEnd"/>
      <w:r w:rsidRPr="009A3476">
        <w:rPr>
          <w:rFonts w:asciiTheme="majorHAnsi" w:hAnsiTheme="majorHAnsi" w:cstheme="majorHAnsi"/>
        </w:rPr>
        <w:t xml:space="preserve"> 14 </w:t>
      </w:r>
      <w:proofErr w:type="spellStart"/>
      <w:r w:rsidRPr="009A3476">
        <w:rPr>
          <w:rFonts w:asciiTheme="majorHAnsi" w:hAnsiTheme="majorHAnsi" w:cstheme="majorHAnsi"/>
        </w:rPr>
        <w:t>dni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przed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uzgodnionym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terminem</w:t>
      </w:r>
      <w:proofErr w:type="spellEnd"/>
      <w:r w:rsidRPr="009A3476">
        <w:rPr>
          <w:rFonts w:asciiTheme="majorHAnsi" w:hAnsiTheme="majorHAnsi" w:cstheme="majorHAnsi"/>
        </w:rPr>
        <w:t xml:space="preserve">. Termin, </w:t>
      </w:r>
      <w:proofErr w:type="spellStart"/>
      <w:r w:rsidRPr="009A3476">
        <w:rPr>
          <w:rFonts w:asciiTheme="majorHAnsi" w:hAnsiTheme="majorHAnsi" w:cstheme="majorHAnsi"/>
        </w:rPr>
        <w:t>miejsce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liczba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uczestników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zostaną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uzgodnione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Zamawiającym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5E7E4A57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7.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Każda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osoba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faktycznie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świadcząca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podstawie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musi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przez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cały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okres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jej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wykonywania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spełniać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wymagania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określone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 art</w:t>
      </w:r>
      <w:proofErr w:type="spellEnd"/>
      <w:r w:rsidRPr="009A3476">
        <w:rPr>
          <w:rFonts w:asciiTheme="majorHAnsi" w:hAnsiTheme="majorHAnsi" w:cstheme="majorHAnsi"/>
        </w:rPr>
        <w:t xml:space="preserve">. 26a </w:t>
      </w:r>
      <w:proofErr w:type="spellStart"/>
      <w:r w:rsidRPr="009A3476">
        <w:rPr>
          <w:rFonts w:asciiTheme="majorHAnsi" w:hAnsiTheme="majorHAnsi" w:cstheme="majorHAnsi"/>
        </w:rPr>
        <w:t>ust</w:t>
      </w:r>
      <w:proofErr w:type="spellEnd"/>
      <w:r w:rsidRPr="009A3476">
        <w:rPr>
          <w:rFonts w:asciiTheme="majorHAnsi" w:hAnsiTheme="majorHAnsi" w:cstheme="majorHAnsi"/>
        </w:rPr>
        <w:t xml:space="preserve">. 2 </w:t>
      </w:r>
      <w:proofErr w:type="spellStart"/>
      <w:r w:rsidRPr="009A3476">
        <w:rPr>
          <w:rFonts w:asciiTheme="majorHAnsi" w:hAnsiTheme="majorHAnsi" w:cstheme="majorHAnsi"/>
        </w:rPr>
        <w:t>ustawy</w:t>
      </w:r>
      <w:proofErr w:type="spellEnd"/>
      <w:r w:rsidRPr="009A3476">
        <w:rPr>
          <w:rFonts w:asciiTheme="majorHAnsi" w:hAnsiTheme="majorHAnsi" w:cstheme="majorHAnsi"/>
        </w:rPr>
        <w:t xml:space="preserve"> o </w:t>
      </w:r>
      <w:proofErr w:type="spellStart"/>
      <w:r w:rsidRPr="009A3476">
        <w:rPr>
          <w:rFonts w:asciiTheme="majorHAnsi" w:hAnsiTheme="majorHAnsi" w:cstheme="majorHAnsi"/>
        </w:rPr>
        <w:t>Państwowym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Ratownictwie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Medycznym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2DF6C9F1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8.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Powierzenie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czynności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osobie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niewskazanej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ofercie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wymaga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uprzedniego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przekazania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Zamawiającemu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dokumentów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potwierdzających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spełnianie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przez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osobę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wymagań</w:t>
      </w:r>
      <w:proofErr w:type="spellEnd"/>
      <w:r w:rsidRPr="009A3476">
        <w:rPr>
          <w:rFonts w:asciiTheme="majorHAnsi" w:hAnsiTheme="majorHAnsi" w:cstheme="majorHAnsi"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Zmiana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osoby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wymaga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aneksu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6FADF053" w14:textId="77777777" w:rsidR="001817FC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9.</w:t>
      </w:r>
      <w:r w:rsidRPr="009A3476">
        <w:rPr>
          <w:rFonts w:asciiTheme="majorHAnsi" w:hAnsiTheme="majorHAnsi" w:cstheme="majorHAnsi"/>
          <w:b/>
        </w:rPr>
        <w:t xml:space="preserve"> </w:t>
      </w:r>
      <w:r w:rsidRPr="009A3476">
        <w:rPr>
          <w:rFonts w:asciiTheme="majorHAnsi" w:hAnsiTheme="majorHAnsi" w:cstheme="majorHAnsi"/>
        </w:rPr>
        <w:t xml:space="preserve">Do </w:t>
      </w:r>
      <w:proofErr w:type="spellStart"/>
      <w:r w:rsidRPr="009A3476">
        <w:rPr>
          <w:rFonts w:asciiTheme="majorHAnsi" w:hAnsiTheme="majorHAnsi" w:cstheme="majorHAnsi"/>
        </w:rPr>
        <w:t>czasu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świadczenia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usług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wlicza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się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czasu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dojazdu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siedziby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Zamawiającego</w:t>
      </w:r>
      <w:proofErr w:type="spellEnd"/>
      <w:r w:rsidRPr="009A3476">
        <w:rPr>
          <w:rFonts w:asciiTheme="majorHAnsi" w:hAnsiTheme="majorHAnsi" w:cstheme="majorHAnsi"/>
        </w:rPr>
        <w:t xml:space="preserve"> ani </w:t>
      </w:r>
      <w:proofErr w:type="spellStart"/>
      <w:r w:rsidRPr="009A3476">
        <w:rPr>
          <w:rFonts w:asciiTheme="majorHAnsi" w:hAnsiTheme="majorHAnsi" w:cstheme="majorHAnsi"/>
        </w:rPr>
        <w:t>czasu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powrotu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6C8F2C1B" w14:textId="77777777" w:rsidR="009A3476" w:rsidRPr="009A3476" w:rsidRDefault="009A3476">
      <w:pPr>
        <w:spacing w:after="60"/>
        <w:ind w:hanging="283"/>
        <w:rPr>
          <w:rFonts w:asciiTheme="majorHAnsi" w:hAnsiTheme="majorHAnsi" w:cstheme="majorHAnsi"/>
        </w:rPr>
      </w:pPr>
    </w:p>
    <w:p w14:paraId="7EE98ED1" w14:textId="77777777" w:rsidR="001817FC" w:rsidRPr="009A3476" w:rsidRDefault="00000000" w:rsidP="009A3476">
      <w:pPr>
        <w:spacing w:after="1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3476">
        <w:rPr>
          <w:rFonts w:asciiTheme="majorHAnsi" w:hAnsiTheme="majorHAnsi" w:cstheme="majorHAnsi"/>
          <w:b/>
          <w:sz w:val="24"/>
          <w:szCs w:val="24"/>
        </w:rPr>
        <w:t xml:space="preserve">§ 3.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Ewidencja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i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rozliczenie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czasu</w:t>
      </w:r>
      <w:proofErr w:type="spellEnd"/>
    </w:p>
    <w:p w14:paraId="6118F311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1.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Podstawą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rozliczenia</w:t>
      </w:r>
      <w:proofErr w:type="spellEnd"/>
      <w:r w:rsidRPr="009A3476">
        <w:rPr>
          <w:rFonts w:asciiTheme="majorHAnsi" w:hAnsiTheme="majorHAnsi" w:cstheme="majorHAnsi"/>
        </w:rPr>
        <w:t xml:space="preserve"> jest </w:t>
      </w:r>
      <w:proofErr w:type="spellStart"/>
      <w:r w:rsidRPr="009A3476">
        <w:rPr>
          <w:rFonts w:asciiTheme="majorHAnsi" w:hAnsiTheme="majorHAnsi" w:cstheme="majorHAnsi"/>
        </w:rPr>
        <w:t>ewidencja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liczby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faktycznie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usług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sporządzana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według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wzoru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stanowiącego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załącznik</w:t>
      </w:r>
      <w:proofErr w:type="spellEnd"/>
      <w:r w:rsidRPr="009A3476">
        <w:rPr>
          <w:rFonts w:asciiTheme="majorHAnsi" w:hAnsiTheme="majorHAnsi" w:cstheme="majorHAnsi"/>
        </w:rPr>
        <w:t xml:space="preserve"> nr 2 do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1531B8DB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  <w:bCs/>
        </w:rPr>
      </w:pPr>
      <w:r w:rsidRPr="009A3476">
        <w:rPr>
          <w:rFonts w:asciiTheme="majorHAnsi" w:hAnsiTheme="majorHAnsi" w:cstheme="majorHAnsi"/>
          <w:bCs/>
        </w:rPr>
        <w:t xml:space="preserve">2. </w:t>
      </w:r>
      <w:proofErr w:type="spellStart"/>
      <w:r w:rsidRPr="009A3476">
        <w:rPr>
          <w:rFonts w:asciiTheme="majorHAnsi" w:hAnsiTheme="majorHAnsi" w:cstheme="majorHAnsi"/>
          <w:bCs/>
        </w:rPr>
        <w:t>Ewidencja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zawiera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wyłącznie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datę</w:t>
      </w:r>
      <w:proofErr w:type="spellEnd"/>
      <w:r w:rsidRPr="009A3476">
        <w:rPr>
          <w:rFonts w:asciiTheme="majorHAnsi" w:hAnsiTheme="majorHAnsi" w:cstheme="majorHAnsi"/>
          <w:bCs/>
        </w:rPr>
        <w:t xml:space="preserve">, </w:t>
      </w:r>
      <w:proofErr w:type="spellStart"/>
      <w:r w:rsidRPr="009A3476">
        <w:rPr>
          <w:rFonts w:asciiTheme="majorHAnsi" w:hAnsiTheme="majorHAnsi" w:cstheme="majorHAnsi"/>
          <w:bCs/>
        </w:rPr>
        <w:t>rodzaj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czynności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oraz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liczbę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godzin</w:t>
      </w:r>
      <w:proofErr w:type="spellEnd"/>
      <w:r w:rsidRPr="009A3476">
        <w:rPr>
          <w:rFonts w:asciiTheme="majorHAnsi" w:hAnsiTheme="majorHAnsi" w:cstheme="majorHAnsi"/>
          <w:bCs/>
        </w:rPr>
        <w:t xml:space="preserve">. Nie </w:t>
      </w:r>
      <w:proofErr w:type="spellStart"/>
      <w:r w:rsidRPr="009A3476">
        <w:rPr>
          <w:rFonts w:asciiTheme="majorHAnsi" w:hAnsiTheme="majorHAnsi" w:cstheme="majorHAnsi"/>
          <w:bCs/>
        </w:rPr>
        <w:t>może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zawierać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danych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pozwalających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zidentyfikować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osobę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korzystającą</w:t>
      </w:r>
      <w:proofErr w:type="spellEnd"/>
      <w:r w:rsidRPr="009A3476">
        <w:rPr>
          <w:rFonts w:asciiTheme="majorHAnsi" w:hAnsiTheme="majorHAnsi" w:cstheme="majorHAnsi"/>
          <w:bCs/>
        </w:rPr>
        <w:t xml:space="preserve"> z </w:t>
      </w:r>
      <w:proofErr w:type="spellStart"/>
      <w:r w:rsidRPr="009A3476">
        <w:rPr>
          <w:rFonts w:asciiTheme="majorHAnsi" w:hAnsiTheme="majorHAnsi" w:cstheme="majorHAnsi"/>
          <w:bCs/>
        </w:rPr>
        <w:t>pomocy</w:t>
      </w:r>
      <w:proofErr w:type="spellEnd"/>
      <w:r w:rsidRPr="009A3476">
        <w:rPr>
          <w:rFonts w:asciiTheme="majorHAnsi" w:hAnsiTheme="majorHAnsi" w:cstheme="majorHAnsi"/>
          <w:bCs/>
        </w:rPr>
        <w:t xml:space="preserve">, </w:t>
      </w:r>
      <w:proofErr w:type="spellStart"/>
      <w:r w:rsidRPr="009A3476">
        <w:rPr>
          <w:rFonts w:asciiTheme="majorHAnsi" w:hAnsiTheme="majorHAnsi" w:cstheme="majorHAnsi"/>
          <w:bCs/>
        </w:rPr>
        <w:t>przyczyny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zgłoszenia</w:t>
      </w:r>
      <w:proofErr w:type="spellEnd"/>
      <w:r w:rsidRPr="009A3476">
        <w:rPr>
          <w:rFonts w:asciiTheme="majorHAnsi" w:hAnsiTheme="majorHAnsi" w:cstheme="majorHAnsi"/>
          <w:bCs/>
        </w:rPr>
        <w:t xml:space="preserve">, </w:t>
      </w:r>
      <w:proofErr w:type="spellStart"/>
      <w:r w:rsidRPr="009A3476">
        <w:rPr>
          <w:rFonts w:asciiTheme="majorHAnsi" w:hAnsiTheme="majorHAnsi" w:cstheme="majorHAnsi"/>
          <w:bCs/>
        </w:rPr>
        <w:t>informacji</w:t>
      </w:r>
      <w:proofErr w:type="spellEnd"/>
      <w:r w:rsidRPr="009A3476">
        <w:rPr>
          <w:rFonts w:asciiTheme="majorHAnsi" w:hAnsiTheme="majorHAnsi" w:cstheme="majorHAnsi"/>
          <w:bCs/>
        </w:rPr>
        <w:t xml:space="preserve"> o </w:t>
      </w:r>
      <w:proofErr w:type="spellStart"/>
      <w:r w:rsidRPr="009A3476">
        <w:rPr>
          <w:rFonts w:asciiTheme="majorHAnsi" w:hAnsiTheme="majorHAnsi" w:cstheme="majorHAnsi"/>
          <w:bCs/>
        </w:rPr>
        <w:t>stanie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zdrowia</w:t>
      </w:r>
      <w:proofErr w:type="spellEnd"/>
      <w:r w:rsidRPr="009A3476">
        <w:rPr>
          <w:rFonts w:asciiTheme="majorHAnsi" w:hAnsiTheme="majorHAnsi" w:cstheme="majorHAnsi"/>
          <w:bCs/>
        </w:rPr>
        <w:t xml:space="preserve"> ani </w:t>
      </w:r>
      <w:proofErr w:type="spellStart"/>
      <w:r w:rsidRPr="009A3476">
        <w:rPr>
          <w:rFonts w:asciiTheme="majorHAnsi" w:hAnsiTheme="majorHAnsi" w:cstheme="majorHAnsi"/>
          <w:bCs/>
        </w:rPr>
        <w:t>treści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konsultacji</w:t>
      </w:r>
      <w:proofErr w:type="spellEnd"/>
      <w:r w:rsidRPr="009A3476">
        <w:rPr>
          <w:rFonts w:asciiTheme="majorHAnsi" w:hAnsiTheme="majorHAnsi" w:cstheme="majorHAnsi"/>
          <w:bCs/>
        </w:rPr>
        <w:t>.</w:t>
      </w:r>
    </w:p>
    <w:p w14:paraId="2F8D6FB1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  <w:bCs/>
        </w:rPr>
      </w:pPr>
      <w:r w:rsidRPr="009A3476">
        <w:rPr>
          <w:rFonts w:asciiTheme="majorHAnsi" w:hAnsiTheme="majorHAnsi" w:cstheme="majorHAnsi"/>
          <w:bCs/>
        </w:rPr>
        <w:t xml:space="preserve">3. </w:t>
      </w:r>
      <w:proofErr w:type="spellStart"/>
      <w:r w:rsidRPr="009A3476">
        <w:rPr>
          <w:rFonts w:asciiTheme="majorHAnsi" w:hAnsiTheme="majorHAnsi" w:cstheme="majorHAnsi"/>
          <w:bCs/>
        </w:rPr>
        <w:t>Ewidencja</w:t>
      </w:r>
      <w:proofErr w:type="spellEnd"/>
      <w:r w:rsidRPr="009A3476">
        <w:rPr>
          <w:rFonts w:asciiTheme="majorHAnsi" w:hAnsiTheme="majorHAnsi" w:cstheme="majorHAnsi"/>
          <w:bCs/>
        </w:rPr>
        <w:t xml:space="preserve"> jest </w:t>
      </w:r>
      <w:proofErr w:type="spellStart"/>
      <w:r w:rsidRPr="009A3476">
        <w:rPr>
          <w:rFonts w:asciiTheme="majorHAnsi" w:hAnsiTheme="majorHAnsi" w:cstheme="majorHAnsi"/>
          <w:bCs/>
        </w:rPr>
        <w:t>przekazywana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wraz</w:t>
      </w:r>
      <w:proofErr w:type="spellEnd"/>
      <w:r w:rsidRPr="009A3476">
        <w:rPr>
          <w:rFonts w:asciiTheme="majorHAnsi" w:hAnsiTheme="majorHAnsi" w:cstheme="majorHAnsi"/>
          <w:bCs/>
        </w:rPr>
        <w:t xml:space="preserve"> z </w:t>
      </w:r>
      <w:proofErr w:type="spellStart"/>
      <w:r w:rsidRPr="009A3476">
        <w:rPr>
          <w:rFonts w:asciiTheme="majorHAnsi" w:hAnsiTheme="majorHAnsi" w:cstheme="majorHAnsi"/>
          <w:bCs/>
        </w:rPr>
        <w:t>fakturą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albo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rachunkiem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i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podlega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akceptacji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Zamawiającego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wyłącznie</w:t>
      </w:r>
      <w:proofErr w:type="spellEnd"/>
      <w:r w:rsidRPr="009A3476">
        <w:rPr>
          <w:rFonts w:asciiTheme="majorHAnsi" w:hAnsiTheme="majorHAnsi" w:cstheme="majorHAnsi"/>
          <w:bCs/>
        </w:rPr>
        <w:t xml:space="preserve"> w </w:t>
      </w:r>
      <w:proofErr w:type="spellStart"/>
      <w:r w:rsidRPr="009A3476">
        <w:rPr>
          <w:rFonts w:asciiTheme="majorHAnsi" w:hAnsiTheme="majorHAnsi" w:cstheme="majorHAnsi"/>
          <w:bCs/>
        </w:rPr>
        <w:t>zakresie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formalnym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i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rozliczeniowym</w:t>
      </w:r>
      <w:proofErr w:type="spellEnd"/>
      <w:r w:rsidRPr="009A3476">
        <w:rPr>
          <w:rFonts w:asciiTheme="majorHAnsi" w:hAnsiTheme="majorHAnsi" w:cstheme="majorHAnsi"/>
          <w:bCs/>
        </w:rPr>
        <w:t>.</w:t>
      </w:r>
    </w:p>
    <w:p w14:paraId="6002B3BD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  <w:bCs/>
        </w:rPr>
      </w:pPr>
      <w:r w:rsidRPr="009A3476">
        <w:rPr>
          <w:rFonts w:asciiTheme="majorHAnsi" w:hAnsiTheme="majorHAnsi" w:cstheme="majorHAnsi"/>
          <w:bCs/>
        </w:rPr>
        <w:t xml:space="preserve">4. </w:t>
      </w:r>
      <w:proofErr w:type="spellStart"/>
      <w:r w:rsidRPr="009A3476">
        <w:rPr>
          <w:rFonts w:asciiTheme="majorHAnsi" w:hAnsiTheme="majorHAnsi" w:cstheme="majorHAnsi"/>
          <w:bCs/>
        </w:rPr>
        <w:t>Jednostką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rozliczeniową</w:t>
      </w:r>
      <w:proofErr w:type="spellEnd"/>
      <w:r w:rsidRPr="009A3476">
        <w:rPr>
          <w:rFonts w:asciiTheme="majorHAnsi" w:hAnsiTheme="majorHAnsi" w:cstheme="majorHAnsi"/>
          <w:bCs/>
        </w:rPr>
        <w:t xml:space="preserve"> jest </w:t>
      </w:r>
      <w:proofErr w:type="spellStart"/>
      <w:r w:rsidRPr="009A3476">
        <w:rPr>
          <w:rFonts w:asciiTheme="majorHAnsi" w:hAnsiTheme="majorHAnsi" w:cstheme="majorHAnsi"/>
          <w:bCs/>
        </w:rPr>
        <w:t>pełna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godzina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zegarowa</w:t>
      </w:r>
      <w:proofErr w:type="spellEnd"/>
      <w:r w:rsidRPr="009A3476">
        <w:rPr>
          <w:rFonts w:asciiTheme="majorHAnsi" w:hAnsiTheme="majorHAnsi" w:cstheme="majorHAnsi"/>
          <w:bCs/>
        </w:rPr>
        <w:t xml:space="preserve">. W </w:t>
      </w:r>
      <w:proofErr w:type="spellStart"/>
      <w:r w:rsidRPr="009A3476">
        <w:rPr>
          <w:rFonts w:asciiTheme="majorHAnsi" w:hAnsiTheme="majorHAnsi" w:cstheme="majorHAnsi"/>
          <w:bCs/>
        </w:rPr>
        <w:t>przypadku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świadczenia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trwającego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krócej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niż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godzinę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wynagrodzenie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oblicza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się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proporcjonalnie</w:t>
      </w:r>
      <w:proofErr w:type="spellEnd"/>
      <w:r w:rsidRPr="009A3476">
        <w:rPr>
          <w:rFonts w:asciiTheme="majorHAnsi" w:hAnsiTheme="majorHAnsi" w:cstheme="majorHAnsi"/>
          <w:bCs/>
        </w:rPr>
        <w:t xml:space="preserve"> do </w:t>
      </w:r>
      <w:proofErr w:type="spellStart"/>
      <w:r w:rsidRPr="009A3476">
        <w:rPr>
          <w:rFonts w:asciiTheme="majorHAnsi" w:hAnsiTheme="majorHAnsi" w:cstheme="majorHAnsi"/>
          <w:bCs/>
        </w:rPr>
        <w:t>faktycznego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czasu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świadczenia</w:t>
      </w:r>
      <w:proofErr w:type="spellEnd"/>
      <w:r w:rsidRPr="009A3476">
        <w:rPr>
          <w:rFonts w:asciiTheme="majorHAnsi" w:hAnsiTheme="majorHAnsi" w:cstheme="majorHAnsi"/>
          <w:bCs/>
        </w:rPr>
        <w:t xml:space="preserve">, z </w:t>
      </w:r>
      <w:proofErr w:type="spellStart"/>
      <w:r w:rsidRPr="009A3476">
        <w:rPr>
          <w:rFonts w:asciiTheme="majorHAnsi" w:hAnsiTheme="majorHAnsi" w:cstheme="majorHAnsi"/>
          <w:bCs/>
        </w:rPr>
        <w:t>dokładnością</w:t>
      </w:r>
      <w:proofErr w:type="spellEnd"/>
      <w:r w:rsidRPr="009A3476">
        <w:rPr>
          <w:rFonts w:asciiTheme="majorHAnsi" w:hAnsiTheme="majorHAnsi" w:cstheme="majorHAnsi"/>
          <w:bCs/>
        </w:rPr>
        <w:t xml:space="preserve"> do 15 </w:t>
      </w:r>
      <w:proofErr w:type="spellStart"/>
      <w:r w:rsidRPr="009A3476">
        <w:rPr>
          <w:rFonts w:asciiTheme="majorHAnsi" w:hAnsiTheme="majorHAnsi" w:cstheme="majorHAnsi"/>
          <w:bCs/>
        </w:rPr>
        <w:t>minut</w:t>
      </w:r>
      <w:proofErr w:type="spellEnd"/>
      <w:r w:rsidRPr="009A3476">
        <w:rPr>
          <w:rFonts w:asciiTheme="majorHAnsi" w:hAnsiTheme="majorHAnsi" w:cstheme="majorHAnsi"/>
          <w:bCs/>
        </w:rPr>
        <w:t>.</w:t>
      </w:r>
    </w:p>
    <w:p w14:paraId="1B29E6D5" w14:textId="77777777" w:rsidR="009A3476" w:rsidRPr="009A3476" w:rsidRDefault="009A3476">
      <w:pPr>
        <w:spacing w:after="60"/>
        <w:ind w:hanging="283"/>
        <w:rPr>
          <w:rFonts w:asciiTheme="majorHAnsi" w:hAnsiTheme="majorHAnsi" w:cstheme="majorHAnsi"/>
        </w:rPr>
      </w:pPr>
    </w:p>
    <w:p w14:paraId="62B63CB7" w14:textId="77777777" w:rsidR="001817FC" w:rsidRPr="009A3476" w:rsidRDefault="00000000" w:rsidP="009A3476">
      <w:pPr>
        <w:spacing w:after="1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3476">
        <w:rPr>
          <w:rFonts w:asciiTheme="majorHAnsi" w:hAnsiTheme="majorHAnsi" w:cstheme="majorHAnsi"/>
          <w:b/>
          <w:sz w:val="24"/>
          <w:szCs w:val="24"/>
        </w:rPr>
        <w:t xml:space="preserve">§ 4.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Wynagrodzenie</w:t>
      </w:r>
      <w:proofErr w:type="spellEnd"/>
    </w:p>
    <w:p w14:paraId="04441745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1.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Wykonawcy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przysługuje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wynagrodzenie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wyłącznie</w:t>
      </w:r>
      <w:proofErr w:type="spellEnd"/>
      <w:r w:rsidRPr="009A3476">
        <w:rPr>
          <w:rFonts w:asciiTheme="majorHAnsi" w:hAnsiTheme="majorHAnsi" w:cstheme="majorHAnsi"/>
        </w:rPr>
        <w:t xml:space="preserve"> za </w:t>
      </w:r>
      <w:proofErr w:type="spellStart"/>
      <w:r w:rsidRPr="009A3476">
        <w:rPr>
          <w:rFonts w:asciiTheme="majorHAnsi" w:hAnsiTheme="majorHAnsi" w:cstheme="majorHAnsi"/>
        </w:rPr>
        <w:t>faktycznie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wykonane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usługi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według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następujących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stawek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wynikających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oferty</w:t>
      </w:r>
      <w:proofErr w:type="spellEnd"/>
      <w:r w:rsidRPr="009A3476">
        <w:rPr>
          <w:rFonts w:asciiTheme="majorHAnsi" w:hAnsiTheme="majorHAnsi" w:cstheme="majorHAnsi"/>
        </w:rPr>
        <w:t>:</w:t>
      </w:r>
    </w:p>
    <w:p w14:paraId="34A6646E" w14:textId="77777777" w:rsidR="006963A9" w:rsidRDefault="00000000" w:rsidP="009A3476">
      <w:pPr>
        <w:pStyle w:val="Listapunktowana"/>
        <w:rPr>
          <w:rFonts w:asciiTheme="majorHAnsi" w:hAnsiTheme="majorHAnsi" w:cstheme="majorHAnsi"/>
        </w:rPr>
      </w:pPr>
      <w:r w:rsidRPr="009A3476">
        <w:t>.</w:t>
      </w:r>
      <w:r w:rsidRPr="009A3476">
        <w:rPr>
          <w:rFonts w:asciiTheme="majorHAnsi" w:hAnsiTheme="majorHAnsi" w:cstheme="majorHAnsi"/>
        </w:rPr>
        <w:t xml:space="preserve">.............. </w:t>
      </w:r>
      <w:proofErr w:type="spellStart"/>
      <w:r w:rsidRPr="009A3476">
        <w:rPr>
          <w:rFonts w:asciiTheme="majorHAnsi" w:hAnsiTheme="majorHAnsi" w:cstheme="majorHAnsi"/>
        </w:rPr>
        <w:t>zł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brutto</w:t>
      </w:r>
      <w:proofErr w:type="spellEnd"/>
      <w:r w:rsidRPr="009A3476">
        <w:rPr>
          <w:rFonts w:asciiTheme="majorHAnsi" w:hAnsiTheme="majorHAnsi" w:cstheme="majorHAnsi"/>
        </w:rPr>
        <w:t xml:space="preserve"> za 1 </w:t>
      </w:r>
      <w:proofErr w:type="spellStart"/>
      <w:r w:rsidRPr="009A3476">
        <w:rPr>
          <w:rFonts w:asciiTheme="majorHAnsi" w:hAnsiTheme="majorHAnsi" w:cstheme="majorHAnsi"/>
        </w:rPr>
        <w:t>godzinę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psychologicznej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obejmującej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konsultacje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stacjonarne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teleporady</w:t>
      </w:r>
      <w:proofErr w:type="spellEnd"/>
    </w:p>
    <w:p w14:paraId="433D5CED" w14:textId="3B1CE047" w:rsidR="001817FC" w:rsidRPr="006963A9" w:rsidRDefault="006963A9" w:rsidP="006963A9">
      <w:pPr>
        <w:pStyle w:val="Listapunktowana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……………..</w:t>
      </w:r>
      <w:proofErr w:type="spellStart"/>
      <w:r>
        <w:rPr>
          <w:rFonts w:asciiTheme="majorHAnsi" w:hAnsiTheme="majorHAnsi" w:cstheme="majorHAnsi"/>
        </w:rPr>
        <w:t>zł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brutto</w:t>
      </w:r>
      <w:proofErr w:type="spellEnd"/>
      <w:r>
        <w:rPr>
          <w:rFonts w:asciiTheme="majorHAnsi" w:hAnsiTheme="majorHAnsi" w:cstheme="majorHAnsi"/>
        </w:rPr>
        <w:t xml:space="preserve"> za 1 </w:t>
      </w:r>
      <w:proofErr w:type="spellStart"/>
      <w:r>
        <w:rPr>
          <w:rFonts w:asciiTheme="majorHAnsi" w:hAnsiTheme="majorHAnsi" w:cstheme="majorHAnsi"/>
        </w:rPr>
        <w:t>godzinę</w:t>
      </w:r>
      <w:proofErr w:type="spellEnd"/>
      <w:r w:rsidRPr="006963A9">
        <w:rPr>
          <w:rFonts w:asciiTheme="majorHAnsi" w:hAnsiTheme="majorHAnsi" w:cstheme="majorHAnsi"/>
        </w:rPr>
        <w:t xml:space="preserve"> </w:t>
      </w:r>
      <w:proofErr w:type="spellStart"/>
      <w:r w:rsidRPr="006963A9">
        <w:rPr>
          <w:rFonts w:asciiTheme="majorHAnsi" w:hAnsiTheme="majorHAnsi" w:cstheme="majorHAnsi"/>
        </w:rPr>
        <w:t>interwencj</w:t>
      </w:r>
      <w:r>
        <w:rPr>
          <w:rFonts w:asciiTheme="majorHAnsi" w:hAnsiTheme="majorHAnsi" w:cstheme="majorHAnsi"/>
        </w:rPr>
        <w:t>i</w:t>
      </w:r>
      <w:proofErr w:type="spellEnd"/>
      <w:r w:rsidRPr="006963A9">
        <w:rPr>
          <w:rFonts w:asciiTheme="majorHAnsi" w:hAnsiTheme="majorHAnsi" w:cstheme="majorHAnsi"/>
        </w:rPr>
        <w:t xml:space="preserve"> </w:t>
      </w:r>
      <w:proofErr w:type="spellStart"/>
      <w:r w:rsidRPr="006963A9">
        <w:rPr>
          <w:rFonts w:asciiTheme="majorHAnsi" w:hAnsiTheme="majorHAnsi" w:cstheme="majorHAnsi"/>
        </w:rPr>
        <w:t>kryzysowe</w:t>
      </w:r>
      <w:r>
        <w:rPr>
          <w:rFonts w:asciiTheme="majorHAnsi" w:hAnsiTheme="majorHAnsi" w:cstheme="majorHAnsi"/>
        </w:rPr>
        <w:t>j</w:t>
      </w:r>
      <w:proofErr w:type="spellEnd"/>
      <w:r w:rsidRPr="006963A9">
        <w:rPr>
          <w:rFonts w:asciiTheme="majorHAnsi" w:hAnsiTheme="majorHAnsi" w:cstheme="majorHAnsi"/>
        </w:rPr>
        <w:t>;</w:t>
      </w:r>
    </w:p>
    <w:p w14:paraId="2422C60B" w14:textId="2C071F88" w:rsidR="001817FC" w:rsidRDefault="00000000">
      <w:pPr>
        <w:pStyle w:val="Listapunktowana"/>
        <w:spacing w:after="40"/>
        <w:ind w:left="397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............... </w:t>
      </w:r>
      <w:proofErr w:type="spellStart"/>
      <w:r w:rsidRPr="009A3476">
        <w:rPr>
          <w:rFonts w:asciiTheme="majorHAnsi" w:hAnsiTheme="majorHAnsi" w:cstheme="majorHAnsi"/>
        </w:rPr>
        <w:t>zł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brutto</w:t>
      </w:r>
      <w:proofErr w:type="spellEnd"/>
      <w:r w:rsidRPr="009A3476">
        <w:rPr>
          <w:rFonts w:asciiTheme="majorHAnsi" w:hAnsiTheme="majorHAnsi" w:cstheme="majorHAnsi"/>
        </w:rPr>
        <w:t xml:space="preserve"> za </w:t>
      </w:r>
      <w:r w:rsidR="006963A9">
        <w:rPr>
          <w:rFonts w:asciiTheme="majorHAnsi" w:hAnsiTheme="majorHAnsi" w:cstheme="majorHAnsi"/>
        </w:rPr>
        <w:t>3</w:t>
      </w:r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godzin</w:t>
      </w:r>
      <w:r w:rsidR="006963A9">
        <w:rPr>
          <w:rFonts w:asciiTheme="majorHAnsi" w:hAnsiTheme="majorHAnsi" w:cstheme="majorHAnsi"/>
        </w:rPr>
        <w:t>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prowadzenia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warsztatów</w:t>
      </w:r>
      <w:proofErr w:type="spellEnd"/>
      <w:r w:rsidR="006963A9">
        <w:rPr>
          <w:rFonts w:asciiTheme="majorHAnsi" w:hAnsiTheme="majorHAnsi" w:cstheme="majorHAnsi"/>
        </w:rPr>
        <w:t>,</w:t>
      </w:r>
    </w:p>
    <w:p w14:paraId="56098F3A" w14:textId="7DC11C72" w:rsidR="006963A9" w:rsidRPr="009A3476" w:rsidRDefault="006963A9">
      <w:pPr>
        <w:pStyle w:val="Listapunktowana"/>
        <w:spacing w:after="40"/>
        <w:ind w:left="39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……………..</w:t>
      </w:r>
      <w:proofErr w:type="spellStart"/>
      <w:r>
        <w:rPr>
          <w:rFonts w:asciiTheme="majorHAnsi" w:hAnsiTheme="majorHAnsi" w:cstheme="majorHAnsi"/>
        </w:rPr>
        <w:t>zł</w:t>
      </w:r>
      <w:proofErr w:type="spellEnd"/>
      <w:r>
        <w:rPr>
          <w:rFonts w:asciiTheme="majorHAnsi" w:hAnsiTheme="majorHAnsi" w:cstheme="majorHAnsi"/>
        </w:rPr>
        <w:t xml:space="preserve"> Brutto za </w:t>
      </w:r>
      <w:proofErr w:type="spellStart"/>
      <w:r>
        <w:rPr>
          <w:rFonts w:asciiTheme="majorHAnsi" w:hAnsiTheme="majorHAnsi" w:cstheme="majorHAnsi"/>
        </w:rPr>
        <w:t>raport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roczny</w:t>
      </w:r>
      <w:proofErr w:type="spellEnd"/>
      <w:r>
        <w:rPr>
          <w:rFonts w:asciiTheme="majorHAnsi" w:hAnsiTheme="majorHAnsi" w:cstheme="majorHAnsi"/>
        </w:rPr>
        <w:t>.</w:t>
      </w:r>
    </w:p>
    <w:p w14:paraId="65145495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2.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Wykonawcy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przysługuje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wynagrodzenie</w:t>
      </w:r>
      <w:proofErr w:type="spellEnd"/>
      <w:r w:rsidRPr="009A3476">
        <w:rPr>
          <w:rFonts w:asciiTheme="majorHAnsi" w:hAnsiTheme="majorHAnsi" w:cstheme="majorHAnsi"/>
        </w:rPr>
        <w:t xml:space="preserve"> za </w:t>
      </w:r>
      <w:proofErr w:type="spellStart"/>
      <w:r w:rsidRPr="009A3476">
        <w:rPr>
          <w:rFonts w:asciiTheme="majorHAnsi" w:hAnsiTheme="majorHAnsi" w:cstheme="majorHAnsi"/>
        </w:rPr>
        <w:t>pozostawanie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gotowości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dyżur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oczekiwanie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zgłoszenie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utrzymywanie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numeru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telefonu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lub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adresu</w:t>
      </w:r>
      <w:proofErr w:type="spellEnd"/>
      <w:r w:rsidRPr="009A3476">
        <w:rPr>
          <w:rFonts w:asciiTheme="majorHAnsi" w:hAnsiTheme="majorHAnsi" w:cstheme="majorHAnsi"/>
        </w:rPr>
        <w:t xml:space="preserve"> e-mail ani za </w:t>
      </w:r>
      <w:proofErr w:type="spellStart"/>
      <w:r w:rsidRPr="009A3476">
        <w:rPr>
          <w:rFonts w:asciiTheme="majorHAnsi" w:hAnsiTheme="majorHAnsi" w:cstheme="majorHAnsi"/>
        </w:rPr>
        <w:t>sam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fakt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obowiązywania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57FDC7FF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3. </w:t>
      </w:r>
      <w:proofErr w:type="spellStart"/>
      <w:r w:rsidRPr="009A3476">
        <w:rPr>
          <w:rFonts w:asciiTheme="majorHAnsi" w:hAnsiTheme="majorHAnsi" w:cstheme="majorHAnsi"/>
        </w:rPr>
        <w:t>Maksymalna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wartość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wynagrodzenia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całym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okresie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obowiązywania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przekroczy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kwoty</w:t>
      </w:r>
      <w:proofErr w:type="spellEnd"/>
      <w:r w:rsidRPr="009A3476">
        <w:rPr>
          <w:rFonts w:asciiTheme="majorHAnsi" w:hAnsiTheme="majorHAnsi" w:cstheme="majorHAnsi"/>
        </w:rPr>
        <w:t xml:space="preserve"> ........................................ </w:t>
      </w:r>
      <w:proofErr w:type="spellStart"/>
      <w:r w:rsidRPr="009A3476">
        <w:rPr>
          <w:rFonts w:asciiTheme="majorHAnsi" w:hAnsiTheme="majorHAnsi" w:cstheme="majorHAnsi"/>
        </w:rPr>
        <w:t>zł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brutto</w:t>
      </w:r>
      <w:proofErr w:type="spellEnd"/>
      <w:r w:rsidRPr="009A3476">
        <w:rPr>
          <w:rFonts w:asciiTheme="majorHAnsi" w:hAnsiTheme="majorHAnsi" w:cstheme="majorHAnsi"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Zamawiający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gwarantuje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zlecenia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minimalnej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liczby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psychologicznej</w:t>
      </w:r>
      <w:proofErr w:type="spellEnd"/>
      <w:r w:rsidRPr="009A3476">
        <w:rPr>
          <w:rFonts w:asciiTheme="majorHAnsi" w:hAnsiTheme="majorHAnsi" w:cstheme="majorHAnsi"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Gwarantowany</w:t>
      </w:r>
      <w:proofErr w:type="spellEnd"/>
      <w:r w:rsidRPr="009A3476">
        <w:rPr>
          <w:rFonts w:asciiTheme="majorHAnsi" w:hAnsiTheme="majorHAnsi" w:cstheme="majorHAnsi"/>
        </w:rPr>
        <w:t xml:space="preserve"> jest </w:t>
      </w:r>
      <w:proofErr w:type="spellStart"/>
      <w:r w:rsidRPr="009A3476">
        <w:rPr>
          <w:rFonts w:asciiTheme="majorHAnsi" w:hAnsiTheme="majorHAnsi" w:cstheme="majorHAnsi"/>
        </w:rPr>
        <w:t>wyłącznie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łączny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wymiar</w:t>
      </w:r>
      <w:proofErr w:type="spellEnd"/>
      <w:r w:rsidRPr="009A3476">
        <w:rPr>
          <w:rFonts w:asciiTheme="majorHAnsi" w:hAnsiTheme="majorHAnsi" w:cstheme="majorHAnsi"/>
        </w:rPr>
        <w:t xml:space="preserve"> 3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warsztatów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3DEE62BF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4. </w:t>
      </w:r>
      <w:proofErr w:type="spellStart"/>
      <w:r w:rsidRPr="009A3476">
        <w:rPr>
          <w:rFonts w:asciiTheme="majorHAnsi" w:hAnsiTheme="majorHAnsi" w:cstheme="majorHAnsi"/>
        </w:rPr>
        <w:t>Stawki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określone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ust</w:t>
      </w:r>
      <w:proofErr w:type="spellEnd"/>
      <w:r w:rsidRPr="009A3476">
        <w:rPr>
          <w:rFonts w:asciiTheme="majorHAnsi" w:hAnsiTheme="majorHAnsi" w:cstheme="majorHAnsi"/>
        </w:rPr>
        <w:t xml:space="preserve">. 1 </w:t>
      </w:r>
      <w:proofErr w:type="spellStart"/>
      <w:r w:rsidRPr="009A3476">
        <w:rPr>
          <w:rFonts w:asciiTheme="majorHAnsi" w:hAnsiTheme="majorHAnsi" w:cstheme="majorHAnsi"/>
        </w:rPr>
        <w:t>obejmują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wszystkie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koszty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związane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realizacją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, w </w:t>
      </w:r>
      <w:proofErr w:type="spellStart"/>
      <w:r w:rsidRPr="009A3476">
        <w:rPr>
          <w:rFonts w:asciiTheme="majorHAnsi" w:hAnsiTheme="majorHAnsi" w:cstheme="majorHAnsi"/>
        </w:rPr>
        <w:t>szczególności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koszty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dojazdu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narzędzi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komunikacji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zastępstwa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dokumentacji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rozliczeniowej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raportu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rocznego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7D4EFC72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5. </w:t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wystawia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fakturę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lub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rachunek</w:t>
      </w:r>
      <w:proofErr w:type="spellEnd"/>
      <w:r w:rsidRPr="009A3476">
        <w:rPr>
          <w:rFonts w:asciiTheme="majorHAnsi" w:hAnsiTheme="majorHAnsi" w:cstheme="majorHAnsi"/>
        </w:rPr>
        <w:t xml:space="preserve"> za </w:t>
      </w:r>
      <w:proofErr w:type="spellStart"/>
      <w:r w:rsidRPr="009A3476">
        <w:rPr>
          <w:rFonts w:asciiTheme="majorHAnsi" w:hAnsiTheme="majorHAnsi" w:cstheme="majorHAnsi"/>
        </w:rPr>
        <w:t>dany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miesiąc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wcześniej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niż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pierwszego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miesiąca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następnego</w:t>
      </w:r>
      <w:proofErr w:type="spellEnd"/>
      <w:r w:rsidRPr="009A3476">
        <w:rPr>
          <w:rFonts w:asciiTheme="majorHAnsi" w:hAnsiTheme="majorHAnsi" w:cstheme="majorHAnsi"/>
        </w:rPr>
        <w:t xml:space="preserve">. </w:t>
      </w:r>
      <w:proofErr w:type="spellStart"/>
      <w:r w:rsidRPr="009A3476">
        <w:rPr>
          <w:rFonts w:asciiTheme="majorHAnsi" w:hAnsiTheme="majorHAnsi" w:cstheme="majorHAnsi"/>
        </w:rPr>
        <w:t>Płatność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nastąpi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terminie</w:t>
      </w:r>
      <w:proofErr w:type="spellEnd"/>
      <w:r w:rsidRPr="009A3476">
        <w:rPr>
          <w:rFonts w:asciiTheme="majorHAnsi" w:hAnsiTheme="majorHAnsi" w:cstheme="majorHAnsi"/>
        </w:rPr>
        <w:t xml:space="preserve"> 14 </w:t>
      </w:r>
      <w:proofErr w:type="spellStart"/>
      <w:r w:rsidRPr="009A3476">
        <w:rPr>
          <w:rFonts w:asciiTheme="majorHAnsi" w:hAnsiTheme="majorHAnsi" w:cstheme="majorHAnsi"/>
        </w:rPr>
        <w:t>dni</w:t>
      </w:r>
      <w:proofErr w:type="spellEnd"/>
      <w:r w:rsidRPr="009A3476">
        <w:rPr>
          <w:rFonts w:asciiTheme="majorHAnsi" w:hAnsiTheme="majorHAnsi" w:cstheme="majorHAnsi"/>
        </w:rPr>
        <w:t xml:space="preserve"> od </w:t>
      </w:r>
      <w:proofErr w:type="spellStart"/>
      <w:r w:rsidRPr="009A3476">
        <w:rPr>
          <w:rFonts w:asciiTheme="majorHAnsi" w:hAnsiTheme="majorHAnsi" w:cstheme="majorHAnsi"/>
        </w:rPr>
        <w:t>dnia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doręczenia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prawidłowo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wystawionego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dokumentu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wraz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zaakceptowaną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ewidencją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5A37910E" w14:textId="77777777" w:rsidR="001817FC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6. </w:t>
      </w:r>
      <w:proofErr w:type="spellStart"/>
      <w:r w:rsidRPr="009A3476">
        <w:rPr>
          <w:rFonts w:asciiTheme="majorHAnsi" w:hAnsiTheme="majorHAnsi" w:cstheme="majorHAnsi"/>
        </w:rPr>
        <w:t>Płatność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nastąpi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rachunek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wskazany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fakturze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lub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rachunku</w:t>
      </w:r>
      <w:proofErr w:type="spellEnd"/>
      <w:r w:rsidRPr="009A3476">
        <w:rPr>
          <w:rFonts w:asciiTheme="majorHAnsi" w:hAnsiTheme="majorHAnsi" w:cstheme="majorHAnsi"/>
        </w:rPr>
        <w:t xml:space="preserve">, z </w:t>
      </w:r>
      <w:proofErr w:type="spellStart"/>
      <w:r w:rsidRPr="009A3476">
        <w:rPr>
          <w:rFonts w:asciiTheme="majorHAnsi" w:hAnsiTheme="majorHAnsi" w:cstheme="majorHAnsi"/>
        </w:rPr>
        <w:t>uwzględnieniem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obowiązujących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przepisów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dotyczących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wykazu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podatników</w:t>
      </w:r>
      <w:proofErr w:type="spellEnd"/>
      <w:r w:rsidRPr="009A3476">
        <w:rPr>
          <w:rFonts w:asciiTheme="majorHAnsi" w:hAnsiTheme="majorHAnsi" w:cstheme="majorHAnsi"/>
        </w:rPr>
        <w:t xml:space="preserve"> VAT </w:t>
      </w:r>
      <w:proofErr w:type="spellStart"/>
      <w:r w:rsidRPr="009A3476">
        <w:rPr>
          <w:rFonts w:asciiTheme="majorHAnsi" w:hAnsiTheme="majorHAnsi" w:cstheme="majorHAnsi"/>
        </w:rPr>
        <w:t>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Krajowego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Systemu</w:t>
      </w:r>
      <w:proofErr w:type="spellEnd"/>
      <w:r w:rsidRPr="009A3476">
        <w:rPr>
          <w:rFonts w:asciiTheme="majorHAnsi" w:hAnsiTheme="majorHAnsi" w:cstheme="majorHAnsi"/>
        </w:rPr>
        <w:t xml:space="preserve"> e-</w:t>
      </w:r>
      <w:proofErr w:type="spellStart"/>
      <w:r w:rsidRPr="009A3476">
        <w:rPr>
          <w:rFonts w:asciiTheme="majorHAnsi" w:hAnsiTheme="majorHAnsi" w:cstheme="majorHAnsi"/>
        </w:rPr>
        <w:t>Faktur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1F432CCF" w14:textId="77777777" w:rsidR="009A3476" w:rsidRDefault="009A3476">
      <w:pPr>
        <w:spacing w:after="60"/>
        <w:ind w:hanging="283"/>
        <w:rPr>
          <w:rFonts w:asciiTheme="majorHAnsi" w:hAnsiTheme="majorHAnsi" w:cstheme="majorHAnsi"/>
        </w:rPr>
      </w:pPr>
    </w:p>
    <w:p w14:paraId="4EFC7A5B" w14:textId="77777777" w:rsidR="007A413A" w:rsidRDefault="007A413A">
      <w:pPr>
        <w:spacing w:after="60"/>
        <w:ind w:hanging="283"/>
        <w:rPr>
          <w:rFonts w:asciiTheme="majorHAnsi" w:hAnsiTheme="majorHAnsi" w:cstheme="majorHAnsi"/>
        </w:rPr>
      </w:pPr>
    </w:p>
    <w:p w14:paraId="5092D599" w14:textId="77777777" w:rsidR="007A413A" w:rsidRPr="009A3476" w:rsidRDefault="007A413A">
      <w:pPr>
        <w:spacing w:after="60"/>
        <w:ind w:hanging="283"/>
        <w:rPr>
          <w:rFonts w:asciiTheme="majorHAnsi" w:hAnsiTheme="majorHAnsi" w:cstheme="majorHAnsi"/>
        </w:rPr>
      </w:pPr>
    </w:p>
    <w:p w14:paraId="20C4B8CE" w14:textId="77777777" w:rsidR="001817FC" w:rsidRPr="009A3476" w:rsidRDefault="00000000" w:rsidP="009A3476">
      <w:pPr>
        <w:spacing w:after="1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3476">
        <w:rPr>
          <w:rFonts w:asciiTheme="majorHAnsi" w:hAnsiTheme="majorHAnsi" w:cstheme="majorHAnsi"/>
          <w:b/>
          <w:sz w:val="24"/>
          <w:szCs w:val="24"/>
        </w:rPr>
        <w:lastRenderedPageBreak/>
        <w:t xml:space="preserve">§ 5.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Poufność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i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tajemnica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zawodowa</w:t>
      </w:r>
      <w:proofErr w:type="spellEnd"/>
    </w:p>
    <w:p w14:paraId="35F26DD6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1.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oraz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osoby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którymi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posługuje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się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wykonywaniu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są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zobowiązani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zachowania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tajemnicy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zawodowej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psychologa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poufności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wszelkich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informacji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uzyskanych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związku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udzielaniem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306C6AA8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2.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Zamawiającemu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udostępnia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się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treści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konsultacji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przyczyn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zgłoszeń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rozpoznań</w:t>
      </w:r>
      <w:proofErr w:type="spellEnd"/>
      <w:r w:rsidRPr="009A3476">
        <w:rPr>
          <w:rFonts w:asciiTheme="majorHAnsi" w:hAnsiTheme="majorHAnsi" w:cstheme="majorHAnsi"/>
        </w:rPr>
        <w:t xml:space="preserve"> ani </w:t>
      </w:r>
      <w:proofErr w:type="spellStart"/>
      <w:r w:rsidRPr="009A3476">
        <w:rPr>
          <w:rFonts w:asciiTheme="majorHAnsi" w:hAnsiTheme="majorHAnsi" w:cstheme="majorHAnsi"/>
        </w:rPr>
        <w:t>informacji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pozwalających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zidentyfikować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osoby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korzystające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 xml:space="preserve">, z </w:t>
      </w:r>
      <w:proofErr w:type="spellStart"/>
      <w:r w:rsidRPr="009A3476">
        <w:rPr>
          <w:rFonts w:asciiTheme="majorHAnsi" w:hAnsiTheme="majorHAnsi" w:cstheme="majorHAnsi"/>
        </w:rPr>
        <w:t>wyjątkiem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przypadków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wynikających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bezwzględnie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obowiązujących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przepisów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prawa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4A44868C" w14:textId="77777777" w:rsidR="001817FC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3. </w:t>
      </w:r>
      <w:proofErr w:type="spellStart"/>
      <w:r w:rsidRPr="009A3476">
        <w:rPr>
          <w:rFonts w:asciiTheme="majorHAnsi" w:hAnsiTheme="majorHAnsi" w:cstheme="majorHAnsi"/>
        </w:rPr>
        <w:t>Obowiązek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poufności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trwa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również</w:t>
      </w:r>
      <w:proofErr w:type="spellEnd"/>
      <w:r w:rsidRPr="009A3476">
        <w:rPr>
          <w:rFonts w:asciiTheme="majorHAnsi" w:hAnsiTheme="majorHAnsi" w:cstheme="majorHAnsi"/>
        </w:rPr>
        <w:t xml:space="preserve"> po </w:t>
      </w:r>
      <w:proofErr w:type="spellStart"/>
      <w:r w:rsidRPr="009A3476">
        <w:rPr>
          <w:rFonts w:asciiTheme="majorHAnsi" w:hAnsiTheme="majorHAnsi" w:cstheme="majorHAnsi"/>
        </w:rPr>
        <w:t>rozwiązaniu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lub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wygaśnięciu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268C9E6D" w14:textId="77777777" w:rsidR="009A3476" w:rsidRPr="009A3476" w:rsidRDefault="009A3476">
      <w:pPr>
        <w:spacing w:after="60"/>
        <w:ind w:hanging="283"/>
        <w:rPr>
          <w:rFonts w:asciiTheme="majorHAnsi" w:hAnsiTheme="majorHAnsi" w:cstheme="majorHAnsi"/>
        </w:rPr>
      </w:pPr>
    </w:p>
    <w:p w14:paraId="41EA88B1" w14:textId="77777777" w:rsidR="001817FC" w:rsidRPr="009A3476" w:rsidRDefault="00000000" w:rsidP="009A3476">
      <w:pPr>
        <w:spacing w:after="1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3476">
        <w:rPr>
          <w:rFonts w:asciiTheme="majorHAnsi" w:hAnsiTheme="majorHAnsi" w:cstheme="majorHAnsi"/>
          <w:b/>
          <w:sz w:val="24"/>
          <w:szCs w:val="24"/>
        </w:rPr>
        <w:t xml:space="preserve">§ 6.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Obowiązki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Wykonawcy</w:t>
      </w:r>
      <w:proofErr w:type="spellEnd"/>
    </w:p>
    <w:p w14:paraId="2C9C87EE" w14:textId="06297244" w:rsidR="009A3476" w:rsidRPr="009A3476" w:rsidRDefault="009A3476" w:rsidP="009A3476">
      <w:pPr>
        <w:numPr>
          <w:ilvl w:val="0"/>
          <w:numId w:val="12"/>
        </w:numPr>
        <w:tabs>
          <w:tab w:val="clear" w:pos="720"/>
          <w:tab w:val="num" w:pos="142"/>
        </w:tabs>
        <w:spacing w:after="60"/>
        <w:ind w:left="284" w:hanging="568"/>
        <w:jc w:val="both"/>
        <w:rPr>
          <w:rFonts w:asciiTheme="majorHAnsi" w:hAnsiTheme="majorHAnsi" w:cstheme="majorHAnsi"/>
          <w:lang w:val="pl-PL"/>
        </w:rPr>
      </w:pPr>
      <w:r w:rsidRPr="009A3476">
        <w:rPr>
          <w:rFonts w:asciiTheme="majorHAnsi" w:hAnsiTheme="majorHAnsi" w:cstheme="majorHAnsi"/>
          <w:lang w:val="pl-PL"/>
        </w:rPr>
        <w:t xml:space="preserve">Wykonawca zobowiązuje się do wykonywania przedmiotu umowy z należytą starannością, zgodnie </w:t>
      </w:r>
      <w:r w:rsidR="00D15E69">
        <w:rPr>
          <w:rFonts w:asciiTheme="majorHAnsi" w:hAnsiTheme="majorHAnsi" w:cstheme="majorHAnsi"/>
          <w:lang w:val="pl-PL"/>
        </w:rPr>
        <w:br/>
      </w:r>
      <w:r w:rsidRPr="009A3476">
        <w:rPr>
          <w:rFonts w:asciiTheme="majorHAnsi" w:hAnsiTheme="majorHAnsi" w:cstheme="majorHAnsi"/>
          <w:lang w:val="pl-PL"/>
        </w:rPr>
        <w:t>z obowiązującymi przepisami prawa, zasadami etyki zawodowej psychologa oraz aktualnymi standardami świadczenia pomocy psychologicznej.</w:t>
      </w:r>
    </w:p>
    <w:p w14:paraId="0C17881C" w14:textId="7F114961" w:rsidR="009A3476" w:rsidRPr="009A3476" w:rsidRDefault="009A3476" w:rsidP="009A3476">
      <w:pPr>
        <w:numPr>
          <w:ilvl w:val="0"/>
          <w:numId w:val="12"/>
        </w:numPr>
        <w:tabs>
          <w:tab w:val="clear" w:pos="720"/>
          <w:tab w:val="num" w:pos="142"/>
        </w:tabs>
        <w:spacing w:after="60"/>
        <w:ind w:left="284" w:hanging="568"/>
        <w:jc w:val="both"/>
        <w:rPr>
          <w:rFonts w:asciiTheme="majorHAnsi" w:hAnsiTheme="majorHAnsi" w:cstheme="majorHAnsi"/>
          <w:lang w:val="pl-PL"/>
        </w:rPr>
      </w:pPr>
      <w:r w:rsidRPr="009A3476">
        <w:rPr>
          <w:rFonts w:asciiTheme="majorHAnsi" w:hAnsiTheme="majorHAnsi" w:cstheme="majorHAnsi"/>
          <w:lang w:val="pl-PL"/>
        </w:rPr>
        <w:t xml:space="preserve">Wykonawca zapewni członkom zespołów ratownictwa medycznego możliwość bezpośredniego kontaktu, </w:t>
      </w:r>
      <w:r w:rsidR="00D15E69">
        <w:rPr>
          <w:rFonts w:asciiTheme="majorHAnsi" w:hAnsiTheme="majorHAnsi" w:cstheme="majorHAnsi"/>
          <w:lang w:val="pl-PL"/>
        </w:rPr>
        <w:br/>
      </w:r>
      <w:r w:rsidRPr="009A3476">
        <w:rPr>
          <w:rFonts w:asciiTheme="majorHAnsi" w:hAnsiTheme="majorHAnsi" w:cstheme="majorHAnsi"/>
          <w:lang w:val="pl-PL"/>
        </w:rPr>
        <w:t>w szczególności za pośrednictwem wskazanego numeru telefonu oraz adresu poczty elektronicznej.</w:t>
      </w:r>
    </w:p>
    <w:p w14:paraId="7DCD5B0E" w14:textId="77777777" w:rsidR="009A3476" w:rsidRPr="009A3476" w:rsidRDefault="009A3476" w:rsidP="009A3476">
      <w:pPr>
        <w:numPr>
          <w:ilvl w:val="0"/>
          <w:numId w:val="12"/>
        </w:numPr>
        <w:tabs>
          <w:tab w:val="clear" w:pos="720"/>
          <w:tab w:val="num" w:pos="142"/>
        </w:tabs>
        <w:spacing w:after="60"/>
        <w:ind w:left="284" w:hanging="568"/>
        <w:jc w:val="both"/>
        <w:rPr>
          <w:rFonts w:asciiTheme="majorHAnsi" w:hAnsiTheme="majorHAnsi" w:cstheme="majorHAnsi"/>
          <w:lang w:val="pl-PL"/>
        </w:rPr>
      </w:pPr>
      <w:r w:rsidRPr="009A3476">
        <w:rPr>
          <w:rFonts w:asciiTheme="majorHAnsi" w:hAnsiTheme="majorHAnsi" w:cstheme="majorHAnsi"/>
          <w:lang w:val="pl-PL"/>
        </w:rPr>
        <w:t>Wykonawca zapewni, na własny koszt, narzędzia i środki techniczne niezbędne do świadczenia pomocy psychologicznej w formie zdalnej, gwarantujące poufność komunikacji oraz odpowiedni poziom bezpieczeństwa przetwarzanych informacji.</w:t>
      </w:r>
    </w:p>
    <w:p w14:paraId="4A2B33D4" w14:textId="553914A9" w:rsidR="009A3476" w:rsidRPr="009A3476" w:rsidRDefault="009A3476" w:rsidP="009A3476">
      <w:pPr>
        <w:numPr>
          <w:ilvl w:val="0"/>
          <w:numId w:val="12"/>
        </w:numPr>
        <w:tabs>
          <w:tab w:val="clear" w:pos="720"/>
          <w:tab w:val="num" w:pos="142"/>
        </w:tabs>
        <w:spacing w:after="60"/>
        <w:ind w:left="284" w:hanging="568"/>
        <w:jc w:val="both"/>
        <w:rPr>
          <w:rFonts w:asciiTheme="majorHAnsi" w:hAnsiTheme="majorHAnsi" w:cstheme="majorHAnsi"/>
          <w:lang w:val="pl-PL"/>
        </w:rPr>
      </w:pPr>
      <w:r w:rsidRPr="009A3476">
        <w:rPr>
          <w:rFonts w:asciiTheme="majorHAnsi" w:hAnsiTheme="majorHAnsi" w:cstheme="majorHAnsi"/>
          <w:lang w:val="pl-PL"/>
        </w:rPr>
        <w:t xml:space="preserve">W przypadku wystąpienia przeszkody uniemożliwiającej osobiste wykonanie świadczenia Wykonawca zapewni zastępstwo przez osobę posiadającą kwalifikacje i doświadczenie wymagane postanowieniami umowy, </w:t>
      </w:r>
      <w:r w:rsidR="00D15E69">
        <w:rPr>
          <w:rFonts w:asciiTheme="majorHAnsi" w:hAnsiTheme="majorHAnsi" w:cstheme="majorHAnsi"/>
          <w:lang w:val="pl-PL"/>
        </w:rPr>
        <w:br/>
      </w:r>
      <w:r w:rsidRPr="009A3476">
        <w:rPr>
          <w:rFonts w:asciiTheme="majorHAnsi" w:hAnsiTheme="majorHAnsi" w:cstheme="majorHAnsi"/>
          <w:lang w:val="pl-PL"/>
        </w:rPr>
        <w:t>z zachowaniem zasad określonych w umowie dotyczących zmiany osoby realizującej świadczenia.</w:t>
      </w:r>
    </w:p>
    <w:p w14:paraId="76701CB6" w14:textId="77777777" w:rsidR="009A3476" w:rsidRPr="009A3476" w:rsidRDefault="009A3476" w:rsidP="009A3476">
      <w:pPr>
        <w:numPr>
          <w:ilvl w:val="0"/>
          <w:numId w:val="12"/>
        </w:numPr>
        <w:tabs>
          <w:tab w:val="clear" w:pos="720"/>
          <w:tab w:val="num" w:pos="142"/>
        </w:tabs>
        <w:spacing w:after="60"/>
        <w:ind w:left="284" w:hanging="568"/>
        <w:jc w:val="both"/>
        <w:rPr>
          <w:rFonts w:asciiTheme="majorHAnsi" w:hAnsiTheme="majorHAnsi" w:cstheme="majorHAnsi"/>
          <w:lang w:val="pl-PL"/>
        </w:rPr>
      </w:pPr>
      <w:r w:rsidRPr="009A3476">
        <w:rPr>
          <w:rFonts w:asciiTheme="majorHAnsi" w:hAnsiTheme="majorHAnsi" w:cstheme="majorHAnsi"/>
          <w:lang w:val="pl-PL"/>
        </w:rPr>
        <w:t>Wykonawca zobowiązuje się do niezwłocznego informowania Zamawiającego o wszelkich okolicznościach, które mogą mieć wpływ na prawidłową lub terminową realizację przedmiotu umowy.</w:t>
      </w:r>
    </w:p>
    <w:p w14:paraId="460A6402" w14:textId="77777777" w:rsidR="009A3476" w:rsidRPr="009A3476" w:rsidRDefault="009A3476" w:rsidP="009A3476">
      <w:pPr>
        <w:numPr>
          <w:ilvl w:val="0"/>
          <w:numId w:val="12"/>
        </w:numPr>
        <w:tabs>
          <w:tab w:val="clear" w:pos="720"/>
          <w:tab w:val="num" w:pos="142"/>
        </w:tabs>
        <w:spacing w:after="60"/>
        <w:ind w:left="284" w:hanging="568"/>
        <w:jc w:val="both"/>
        <w:rPr>
          <w:rFonts w:asciiTheme="majorHAnsi" w:hAnsiTheme="majorHAnsi" w:cstheme="majorHAnsi"/>
          <w:lang w:val="pl-PL"/>
        </w:rPr>
      </w:pPr>
      <w:r w:rsidRPr="009A3476">
        <w:rPr>
          <w:rFonts w:asciiTheme="majorHAnsi" w:hAnsiTheme="majorHAnsi" w:cstheme="majorHAnsi"/>
          <w:lang w:val="pl-PL"/>
        </w:rPr>
        <w:t>Wykonawca zobowiązuje się do przestrzegania przepisów dotyczących ochrony danych osobowych, zasad poufności oraz minimalizacji zakresu przetwarzanych danych, w szczególności poprzez przetwarzanie wyłącznie danych niezbędnych do prawidłowej realizacji przedmiotu umowy.</w:t>
      </w:r>
    </w:p>
    <w:p w14:paraId="5ADF3177" w14:textId="77777777" w:rsidR="009A3476" w:rsidRPr="009A3476" w:rsidRDefault="009A3476">
      <w:pPr>
        <w:spacing w:after="60"/>
        <w:ind w:hanging="283"/>
        <w:rPr>
          <w:rFonts w:asciiTheme="majorHAnsi" w:hAnsiTheme="majorHAnsi" w:cstheme="majorHAnsi"/>
        </w:rPr>
      </w:pPr>
    </w:p>
    <w:p w14:paraId="082E96D5" w14:textId="77777777" w:rsidR="001817FC" w:rsidRPr="009A3476" w:rsidRDefault="00000000" w:rsidP="009A3476">
      <w:pPr>
        <w:spacing w:after="1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3476">
        <w:rPr>
          <w:rFonts w:asciiTheme="majorHAnsi" w:hAnsiTheme="majorHAnsi" w:cstheme="majorHAnsi"/>
          <w:b/>
          <w:sz w:val="24"/>
          <w:szCs w:val="24"/>
        </w:rPr>
        <w:t xml:space="preserve">§ 7. Kary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umowne</w:t>
      </w:r>
      <w:proofErr w:type="spellEnd"/>
    </w:p>
    <w:p w14:paraId="7E5D1F06" w14:textId="77777777" w:rsidR="001817FC" w:rsidRPr="009A3476" w:rsidRDefault="00000000">
      <w:pPr>
        <w:spacing w:after="60"/>
        <w:ind w:hanging="283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1.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zapłaci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Zamawiającemu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karę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umowną</w:t>
      </w:r>
      <w:proofErr w:type="spellEnd"/>
      <w:r w:rsidRPr="009A3476">
        <w:rPr>
          <w:rFonts w:asciiTheme="majorHAnsi" w:hAnsiTheme="majorHAnsi" w:cstheme="majorHAnsi"/>
        </w:rPr>
        <w:t>:</w:t>
      </w:r>
    </w:p>
    <w:p w14:paraId="557C2B7B" w14:textId="09FABEE8" w:rsidR="001817FC" w:rsidRPr="009A3476" w:rsidRDefault="00000000" w:rsidP="009A3476">
      <w:pPr>
        <w:pStyle w:val="Listapunktowana"/>
        <w:numPr>
          <w:ilvl w:val="0"/>
          <w:numId w:val="13"/>
        </w:numPr>
        <w:spacing w:after="40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w </w:t>
      </w:r>
      <w:proofErr w:type="spellStart"/>
      <w:r w:rsidRPr="009A3476">
        <w:rPr>
          <w:rFonts w:asciiTheme="majorHAnsi" w:hAnsiTheme="majorHAnsi" w:cstheme="majorHAnsi"/>
        </w:rPr>
        <w:t>wysokości</w:t>
      </w:r>
      <w:proofErr w:type="spellEnd"/>
      <w:r w:rsidRPr="009A3476">
        <w:rPr>
          <w:rFonts w:asciiTheme="majorHAnsi" w:hAnsiTheme="majorHAnsi" w:cstheme="majorHAnsi"/>
        </w:rPr>
        <w:t xml:space="preserve"> 1% </w:t>
      </w:r>
      <w:proofErr w:type="spellStart"/>
      <w:r w:rsidRPr="009A3476">
        <w:rPr>
          <w:rFonts w:asciiTheme="majorHAnsi" w:hAnsiTheme="majorHAnsi" w:cstheme="majorHAnsi"/>
        </w:rPr>
        <w:t>maksymalnej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wartości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 za </w:t>
      </w:r>
      <w:proofErr w:type="spellStart"/>
      <w:r w:rsidRPr="009A3476">
        <w:rPr>
          <w:rFonts w:asciiTheme="majorHAnsi" w:hAnsiTheme="majorHAnsi" w:cstheme="majorHAnsi"/>
        </w:rPr>
        <w:t>każdy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przypadek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przekroczenia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terminu</w:t>
      </w:r>
      <w:proofErr w:type="spellEnd"/>
      <w:r w:rsidRPr="009A3476">
        <w:rPr>
          <w:rFonts w:asciiTheme="majorHAnsi" w:hAnsiTheme="majorHAnsi" w:cstheme="majorHAnsi"/>
        </w:rPr>
        <w:t xml:space="preserve"> 72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, o </w:t>
      </w:r>
      <w:proofErr w:type="spellStart"/>
      <w:r w:rsidRPr="009A3476">
        <w:rPr>
          <w:rFonts w:asciiTheme="majorHAnsi" w:hAnsiTheme="majorHAnsi" w:cstheme="majorHAnsi"/>
        </w:rPr>
        <w:t>którym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mowa</w:t>
      </w:r>
      <w:proofErr w:type="spellEnd"/>
      <w:r w:rsidRPr="009A3476">
        <w:rPr>
          <w:rFonts w:asciiTheme="majorHAnsi" w:hAnsiTheme="majorHAnsi" w:cstheme="majorHAnsi"/>
        </w:rPr>
        <w:t xml:space="preserve"> w § 2 </w:t>
      </w:r>
      <w:proofErr w:type="spellStart"/>
      <w:r w:rsidRPr="009A3476">
        <w:rPr>
          <w:rFonts w:asciiTheme="majorHAnsi" w:hAnsiTheme="majorHAnsi" w:cstheme="majorHAnsi"/>
        </w:rPr>
        <w:t>ust</w:t>
      </w:r>
      <w:proofErr w:type="spellEnd"/>
      <w:r w:rsidRPr="009A3476">
        <w:rPr>
          <w:rFonts w:asciiTheme="majorHAnsi" w:hAnsiTheme="majorHAnsi" w:cstheme="majorHAnsi"/>
        </w:rPr>
        <w:t xml:space="preserve">. 4,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więcej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niż</w:t>
      </w:r>
      <w:proofErr w:type="spellEnd"/>
      <w:r w:rsidRPr="009A3476">
        <w:rPr>
          <w:rFonts w:asciiTheme="majorHAnsi" w:hAnsiTheme="majorHAnsi" w:cstheme="majorHAnsi"/>
        </w:rPr>
        <w:t xml:space="preserve"> 5% za </w:t>
      </w:r>
      <w:proofErr w:type="spellStart"/>
      <w:r w:rsidRPr="009A3476">
        <w:rPr>
          <w:rFonts w:asciiTheme="majorHAnsi" w:hAnsiTheme="majorHAnsi" w:cstheme="majorHAnsi"/>
        </w:rPr>
        <w:t>jedno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zgłoszenie</w:t>
      </w:r>
      <w:proofErr w:type="spellEnd"/>
      <w:r w:rsidRPr="009A3476">
        <w:rPr>
          <w:rFonts w:asciiTheme="majorHAnsi" w:hAnsiTheme="majorHAnsi" w:cstheme="majorHAnsi"/>
        </w:rPr>
        <w:t>;</w:t>
      </w:r>
    </w:p>
    <w:p w14:paraId="179CE2BB" w14:textId="77777777" w:rsidR="001817FC" w:rsidRPr="009A3476" w:rsidRDefault="00000000" w:rsidP="009A3476">
      <w:pPr>
        <w:pStyle w:val="Listapunktowana"/>
        <w:spacing w:after="40"/>
        <w:ind w:left="397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w </w:t>
      </w:r>
      <w:proofErr w:type="spellStart"/>
      <w:r w:rsidRPr="009A3476">
        <w:rPr>
          <w:rFonts w:asciiTheme="majorHAnsi" w:hAnsiTheme="majorHAnsi" w:cstheme="majorHAnsi"/>
        </w:rPr>
        <w:t>wysokości</w:t>
      </w:r>
      <w:proofErr w:type="spellEnd"/>
      <w:r w:rsidRPr="009A3476">
        <w:rPr>
          <w:rFonts w:asciiTheme="majorHAnsi" w:hAnsiTheme="majorHAnsi" w:cstheme="majorHAnsi"/>
        </w:rPr>
        <w:t xml:space="preserve"> 1% </w:t>
      </w:r>
      <w:proofErr w:type="spellStart"/>
      <w:r w:rsidRPr="009A3476">
        <w:rPr>
          <w:rFonts w:asciiTheme="majorHAnsi" w:hAnsiTheme="majorHAnsi" w:cstheme="majorHAnsi"/>
        </w:rPr>
        <w:t>maksymalnej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wartości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 za </w:t>
      </w:r>
      <w:proofErr w:type="spellStart"/>
      <w:r w:rsidRPr="009A3476">
        <w:rPr>
          <w:rFonts w:asciiTheme="majorHAnsi" w:hAnsiTheme="majorHAnsi" w:cstheme="majorHAnsi"/>
        </w:rPr>
        <w:t>każdą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rozpoczętą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godzinę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opóźnienia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rozpoczęciu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interwencji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kryzysowej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ponad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termin</w:t>
      </w:r>
      <w:proofErr w:type="spellEnd"/>
      <w:r w:rsidRPr="009A3476">
        <w:rPr>
          <w:rFonts w:asciiTheme="majorHAnsi" w:hAnsiTheme="majorHAnsi" w:cstheme="majorHAnsi"/>
        </w:rPr>
        <w:t xml:space="preserve"> 4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więcej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niż</w:t>
      </w:r>
      <w:proofErr w:type="spellEnd"/>
      <w:r w:rsidRPr="009A3476">
        <w:rPr>
          <w:rFonts w:asciiTheme="majorHAnsi" w:hAnsiTheme="majorHAnsi" w:cstheme="majorHAnsi"/>
        </w:rPr>
        <w:t xml:space="preserve"> 5% za </w:t>
      </w:r>
      <w:proofErr w:type="spellStart"/>
      <w:r w:rsidRPr="009A3476">
        <w:rPr>
          <w:rFonts w:asciiTheme="majorHAnsi" w:hAnsiTheme="majorHAnsi" w:cstheme="majorHAnsi"/>
        </w:rPr>
        <w:t>jedno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zgłoszenie</w:t>
      </w:r>
      <w:proofErr w:type="spellEnd"/>
      <w:r w:rsidRPr="009A3476">
        <w:rPr>
          <w:rFonts w:asciiTheme="majorHAnsi" w:hAnsiTheme="majorHAnsi" w:cstheme="majorHAnsi"/>
        </w:rPr>
        <w:t>;</w:t>
      </w:r>
    </w:p>
    <w:p w14:paraId="78B2D9A0" w14:textId="77777777" w:rsidR="001817FC" w:rsidRPr="009A3476" w:rsidRDefault="00000000" w:rsidP="009A3476">
      <w:pPr>
        <w:pStyle w:val="Listapunktowana"/>
        <w:spacing w:after="40"/>
        <w:ind w:left="397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w </w:t>
      </w:r>
      <w:proofErr w:type="spellStart"/>
      <w:r w:rsidRPr="009A3476">
        <w:rPr>
          <w:rFonts w:asciiTheme="majorHAnsi" w:hAnsiTheme="majorHAnsi" w:cstheme="majorHAnsi"/>
        </w:rPr>
        <w:t>wysokości</w:t>
      </w:r>
      <w:proofErr w:type="spellEnd"/>
      <w:r w:rsidRPr="009A3476">
        <w:rPr>
          <w:rFonts w:asciiTheme="majorHAnsi" w:hAnsiTheme="majorHAnsi" w:cstheme="majorHAnsi"/>
        </w:rPr>
        <w:t xml:space="preserve"> 5% </w:t>
      </w:r>
      <w:proofErr w:type="spellStart"/>
      <w:r w:rsidRPr="009A3476">
        <w:rPr>
          <w:rFonts w:asciiTheme="majorHAnsi" w:hAnsiTheme="majorHAnsi" w:cstheme="majorHAnsi"/>
        </w:rPr>
        <w:t>maksymalnej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wartości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 za </w:t>
      </w:r>
      <w:proofErr w:type="spellStart"/>
      <w:r w:rsidRPr="009A3476">
        <w:rPr>
          <w:rFonts w:asciiTheme="majorHAnsi" w:hAnsiTheme="majorHAnsi" w:cstheme="majorHAnsi"/>
        </w:rPr>
        <w:t>dopuszczenie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wykonywania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osoby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niespełniającej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wymagań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kwalifikacyjnych</w:t>
      </w:r>
      <w:proofErr w:type="spellEnd"/>
      <w:r w:rsidRPr="009A3476">
        <w:rPr>
          <w:rFonts w:asciiTheme="majorHAnsi" w:hAnsiTheme="majorHAnsi" w:cstheme="majorHAnsi"/>
        </w:rPr>
        <w:t>;</w:t>
      </w:r>
    </w:p>
    <w:p w14:paraId="0053CA16" w14:textId="77777777" w:rsidR="001817FC" w:rsidRPr="009A3476" w:rsidRDefault="00000000" w:rsidP="009A3476">
      <w:pPr>
        <w:pStyle w:val="Listapunktowana"/>
        <w:spacing w:after="40"/>
        <w:ind w:left="397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w </w:t>
      </w:r>
      <w:proofErr w:type="spellStart"/>
      <w:r w:rsidRPr="009A3476">
        <w:rPr>
          <w:rFonts w:asciiTheme="majorHAnsi" w:hAnsiTheme="majorHAnsi" w:cstheme="majorHAnsi"/>
        </w:rPr>
        <w:t>wysokości</w:t>
      </w:r>
      <w:proofErr w:type="spellEnd"/>
      <w:r w:rsidRPr="009A3476">
        <w:rPr>
          <w:rFonts w:asciiTheme="majorHAnsi" w:hAnsiTheme="majorHAnsi" w:cstheme="majorHAnsi"/>
        </w:rPr>
        <w:t xml:space="preserve"> 5% </w:t>
      </w:r>
      <w:proofErr w:type="spellStart"/>
      <w:r w:rsidRPr="009A3476">
        <w:rPr>
          <w:rFonts w:asciiTheme="majorHAnsi" w:hAnsiTheme="majorHAnsi" w:cstheme="majorHAnsi"/>
        </w:rPr>
        <w:t>maksymalnej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wartości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 za </w:t>
      </w:r>
      <w:proofErr w:type="spellStart"/>
      <w:r w:rsidRPr="009A3476">
        <w:rPr>
          <w:rFonts w:asciiTheme="majorHAnsi" w:hAnsiTheme="majorHAnsi" w:cstheme="majorHAnsi"/>
        </w:rPr>
        <w:t>każdy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przypadek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naruszenia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poufności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tajemnicy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zawodowej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lub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zasad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ochrony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danych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297C6451" w14:textId="77777777" w:rsidR="001817FC" w:rsidRPr="009A3476" w:rsidRDefault="00000000">
      <w:pPr>
        <w:spacing w:after="60"/>
        <w:ind w:hanging="283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2.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Łączna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wysokość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kar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przekroczyć</w:t>
      </w:r>
      <w:proofErr w:type="spellEnd"/>
      <w:r w:rsidRPr="009A3476">
        <w:rPr>
          <w:rFonts w:asciiTheme="majorHAnsi" w:hAnsiTheme="majorHAnsi" w:cstheme="majorHAnsi"/>
        </w:rPr>
        <w:t xml:space="preserve"> 20% </w:t>
      </w:r>
      <w:proofErr w:type="spellStart"/>
      <w:r w:rsidRPr="009A3476">
        <w:rPr>
          <w:rFonts w:asciiTheme="majorHAnsi" w:hAnsiTheme="majorHAnsi" w:cstheme="majorHAnsi"/>
        </w:rPr>
        <w:t>maksymalnej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wartości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2421455B" w14:textId="77777777" w:rsidR="001817FC" w:rsidRDefault="00000000">
      <w:pPr>
        <w:spacing w:after="60"/>
        <w:ind w:hanging="283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3.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dochodzić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odszkodowania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przewyższającego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wysokość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zastrzeżonych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kar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zasadach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ogólnych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70F6A8DA" w14:textId="77777777" w:rsidR="009A3476" w:rsidRPr="009A3476" w:rsidRDefault="009A3476">
      <w:pPr>
        <w:spacing w:after="60"/>
        <w:ind w:hanging="283"/>
        <w:rPr>
          <w:rFonts w:asciiTheme="majorHAnsi" w:hAnsiTheme="majorHAnsi" w:cstheme="majorHAnsi"/>
        </w:rPr>
      </w:pPr>
    </w:p>
    <w:p w14:paraId="2B6E7253" w14:textId="77777777" w:rsidR="001817FC" w:rsidRPr="009A3476" w:rsidRDefault="00000000" w:rsidP="009A3476">
      <w:pPr>
        <w:spacing w:after="160"/>
        <w:jc w:val="center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/>
          <w:sz w:val="24"/>
          <w:szCs w:val="24"/>
        </w:rPr>
        <w:t xml:space="preserve">§ 8.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Czas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obowiązywania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i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rozwiązanie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umowy</w:t>
      </w:r>
      <w:proofErr w:type="spellEnd"/>
    </w:p>
    <w:p w14:paraId="4724B1D1" w14:textId="77777777" w:rsidR="001817FC" w:rsidRPr="009A3476" w:rsidRDefault="00000000">
      <w:pPr>
        <w:spacing w:after="60"/>
        <w:ind w:hanging="283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1.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zostaje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zawarta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czas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określony</w:t>
      </w:r>
      <w:proofErr w:type="spellEnd"/>
      <w:r w:rsidRPr="009A3476">
        <w:rPr>
          <w:rFonts w:asciiTheme="majorHAnsi" w:hAnsiTheme="majorHAnsi" w:cstheme="majorHAnsi"/>
        </w:rPr>
        <w:t xml:space="preserve"> od </w:t>
      </w:r>
      <w:proofErr w:type="spellStart"/>
      <w:r w:rsidRPr="009A3476">
        <w:rPr>
          <w:rFonts w:asciiTheme="majorHAnsi" w:hAnsiTheme="majorHAnsi" w:cstheme="majorHAnsi"/>
        </w:rPr>
        <w:t>dnia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jej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podpisania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dnia</w:t>
      </w:r>
      <w:proofErr w:type="spellEnd"/>
      <w:r w:rsidRPr="009A3476">
        <w:rPr>
          <w:rFonts w:asciiTheme="majorHAnsi" w:hAnsiTheme="majorHAnsi" w:cstheme="majorHAnsi"/>
        </w:rPr>
        <w:t xml:space="preserve"> ........................................ .</w:t>
      </w:r>
    </w:p>
    <w:p w14:paraId="65C68CB2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lastRenderedPageBreak/>
        <w:t>2.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Każda</w:t>
      </w:r>
      <w:proofErr w:type="spellEnd"/>
      <w:r w:rsidRPr="009A3476">
        <w:rPr>
          <w:rFonts w:asciiTheme="majorHAnsi" w:hAnsiTheme="majorHAnsi" w:cstheme="majorHAnsi"/>
        </w:rPr>
        <w:t xml:space="preserve"> ze </w:t>
      </w:r>
      <w:proofErr w:type="spellStart"/>
      <w:r w:rsidRPr="009A3476">
        <w:rPr>
          <w:rFonts w:asciiTheme="majorHAnsi" w:hAnsiTheme="majorHAnsi" w:cstheme="majorHAnsi"/>
        </w:rPr>
        <w:t>Stron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wypowiedzieć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umowę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ważnych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powodów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zachowaniem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jednomiesięcznego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okresu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wypowiedzenia</w:t>
      </w:r>
      <w:proofErr w:type="spellEnd"/>
      <w:r w:rsidRPr="009A3476">
        <w:rPr>
          <w:rFonts w:asciiTheme="majorHAnsi" w:hAnsiTheme="majorHAnsi" w:cstheme="majorHAnsi"/>
        </w:rPr>
        <w:t xml:space="preserve">, ze </w:t>
      </w:r>
      <w:proofErr w:type="spellStart"/>
      <w:r w:rsidRPr="009A3476">
        <w:rPr>
          <w:rFonts w:asciiTheme="majorHAnsi" w:hAnsiTheme="majorHAnsi" w:cstheme="majorHAnsi"/>
        </w:rPr>
        <w:t>skutkiem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koniec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miesiąca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kalendarzowego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0D10667A" w14:textId="415AEB55" w:rsidR="001817FC" w:rsidRPr="009A3476" w:rsidRDefault="009A3476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3. </w:t>
      </w:r>
      <w:proofErr w:type="spellStart"/>
      <w:r w:rsidRPr="009A3476">
        <w:rPr>
          <w:rFonts w:asciiTheme="majorHAnsi" w:hAnsiTheme="majorHAnsi" w:cstheme="majorHAnsi"/>
        </w:rPr>
        <w:t>Zamawiający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rozwiązać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umowę</w:t>
      </w:r>
      <w:proofErr w:type="spellEnd"/>
      <w:r w:rsidRPr="009A3476">
        <w:rPr>
          <w:rFonts w:asciiTheme="majorHAnsi" w:hAnsiTheme="majorHAnsi" w:cstheme="majorHAnsi"/>
        </w:rPr>
        <w:t xml:space="preserve"> ze </w:t>
      </w:r>
      <w:proofErr w:type="spellStart"/>
      <w:r w:rsidRPr="009A3476">
        <w:rPr>
          <w:rFonts w:asciiTheme="majorHAnsi" w:hAnsiTheme="majorHAnsi" w:cstheme="majorHAnsi"/>
        </w:rPr>
        <w:t>skutkiem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natychmiastowym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jeżeli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 xml:space="preserve">: </w:t>
      </w:r>
      <w:proofErr w:type="spellStart"/>
      <w:r w:rsidRPr="009A3476">
        <w:rPr>
          <w:rFonts w:asciiTheme="majorHAnsi" w:hAnsiTheme="majorHAnsi" w:cstheme="majorHAnsi"/>
        </w:rPr>
        <w:t>utraci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zdolność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wykonywania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zgodnie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wymaganiami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kwalifikacyjnymi</w:t>
      </w:r>
      <w:proofErr w:type="spellEnd"/>
      <w:r w:rsidRPr="009A3476">
        <w:rPr>
          <w:rFonts w:asciiTheme="majorHAnsi" w:hAnsiTheme="majorHAnsi" w:cstheme="majorHAnsi"/>
        </w:rPr>
        <w:t xml:space="preserve">; co </w:t>
      </w:r>
      <w:proofErr w:type="spellStart"/>
      <w:r w:rsidRPr="009A3476">
        <w:rPr>
          <w:rFonts w:asciiTheme="majorHAnsi" w:hAnsiTheme="majorHAnsi" w:cstheme="majorHAnsi"/>
        </w:rPr>
        <w:t>najmniej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dwukrotnie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naruszy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terminy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określone</w:t>
      </w:r>
      <w:proofErr w:type="spellEnd"/>
      <w:r w:rsidRPr="009A3476">
        <w:rPr>
          <w:rFonts w:asciiTheme="majorHAnsi" w:hAnsiTheme="majorHAnsi" w:cstheme="majorHAnsi"/>
        </w:rPr>
        <w:t xml:space="preserve"> w § 2 </w:t>
      </w:r>
      <w:proofErr w:type="spellStart"/>
      <w:r w:rsidRPr="009A3476">
        <w:rPr>
          <w:rFonts w:asciiTheme="majorHAnsi" w:hAnsiTheme="majorHAnsi" w:cstheme="majorHAnsi"/>
        </w:rPr>
        <w:t>ust</w:t>
      </w:r>
      <w:proofErr w:type="spellEnd"/>
      <w:r w:rsidRPr="009A3476">
        <w:rPr>
          <w:rFonts w:asciiTheme="majorHAnsi" w:hAnsiTheme="majorHAnsi" w:cstheme="majorHAnsi"/>
        </w:rPr>
        <w:t xml:space="preserve">. 4 </w:t>
      </w:r>
      <w:proofErr w:type="spellStart"/>
      <w:r w:rsidRPr="009A3476">
        <w:rPr>
          <w:rFonts w:asciiTheme="majorHAnsi" w:hAnsiTheme="majorHAnsi" w:cstheme="majorHAnsi"/>
        </w:rPr>
        <w:t>lub</w:t>
      </w:r>
      <w:proofErr w:type="spellEnd"/>
      <w:r w:rsidRPr="009A3476">
        <w:rPr>
          <w:rFonts w:asciiTheme="majorHAnsi" w:hAnsiTheme="majorHAnsi" w:cstheme="majorHAnsi"/>
        </w:rPr>
        <w:t xml:space="preserve"> 5; </w:t>
      </w:r>
      <w:proofErr w:type="spellStart"/>
      <w:r w:rsidRPr="009A3476">
        <w:rPr>
          <w:rFonts w:asciiTheme="majorHAnsi" w:hAnsiTheme="majorHAnsi" w:cstheme="majorHAnsi"/>
        </w:rPr>
        <w:t>naruszy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tajemnicę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zawodową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poufność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albo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zasady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ochrony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danych</w:t>
      </w:r>
      <w:proofErr w:type="spellEnd"/>
      <w:r w:rsidRPr="009A3476">
        <w:rPr>
          <w:rFonts w:asciiTheme="majorHAnsi" w:hAnsiTheme="majorHAnsi" w:cstheme="majorHAnsi"/>
        </w:rPr>
        <w:t xml:space="preserve">; </w:t>
      </w:r>
      <w:proofErr w:type="spellStart"/>
      <w:r w:rsidRPr="009A3476">
        <w:rPr>
          <w:rFonts w:asciiTheme="majorHAnsi" w:hAnsiTheme="majorHAnsi" w:cstheme="majorHAnsi"/>
        </w:rPr>
        <w:t>albo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rażąco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naruszy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inne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istotne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obowiązki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umowne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493819AE" w14:textId="77777777" w:rsidR="001817FC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4. </w:t>
      </w:r>
      <w:proofErr w:type="spellStart"/>
      <w:r w:rsidRPr="009A3476">
        <w:rPr>
          <w:rFonts w:asciiTheme="majorHAnsi" w:hAnsiTheme="majorHAnsi" w:cstheme="majorHAnsi"/>
        </w:rPr>
        <w:t>Przed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rozwiązaniem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przyczyn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usuwalnych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wezwać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Wykonawcę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usunięcia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naruszenia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odpowiednim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terminie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0CCCE1F6" w14:textId="77777777" w:rsidR="009A3476" w:rsidRPr="009A3476" w:rsidRDefault="009A3476">
      <w:pPr>
        <w:spacing w:after="60"/>
        <w:ind w:hanging="283"/>
        <w:rPr>
          <w:rFonts w:asciiTheme="majorHAnsi" w:hAnsiTheme="majorHAnsi" w:cstheme="majorHAnsi"/>
        </w:rPr>
      </w:pPr>
    </w:p>
    <w:p w14:paraId="083E0D5E" w14:textId="77777777" w:rsidR="001817FC" w:rsidRPr="009A3476" w:rsidRDefault="00000000" w:rsidP="009A3476">
      <w:pPr>
        <w:spacing w:after="1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3476">
        <w:rPr>
          <w:rFonts w:asciiTheme="majorHAnsi" w:hAnsiTheme="majorHAnsi" w:cstheme="majorHAnsi"/>
          <w:b/>
          <w:sz w:val="24"/>
          <w:szCs w:val="24"/>
        </w:rPr>
        <w:t xml:space="preserve">§ 9.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Ochrona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danych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osobowych</w:t>
      </w:r>
      <w:proofErr w:type="spellEnd"/>
    </w:p>
    <w:p w14:paraId="4F938ADE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Cs/>
        </w:rPr>
        <w:t>1.</w:t>
      </w:r>
      <w:r w:rsidRPr="009A3476">
        <w:rPr>
          <w:rFonts w:asciiTheme="majorHAnsi" w:hAnsiTheme="majorHAnsi" w:cstheme="majorHAnsi"/>
          <w:b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przekazywać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Wykonawcy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dane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wyłącznie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zakresie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niezbędnym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potwierdzenia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uprawnienia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skorzystania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6A433792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2. </w:t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przetwarza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dane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osób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korzystających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jako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odrębny</w:t>
      </w:r>
      <w:proofErr w:type="spellEnd"/>
      <w:r w:rsidRPr="009A3476">
        <w:rPr>
          <w:rFonts w:asciiTheme="majorHAnsi" w:hAnsiTheme="majorHAnsi" w:cstheme="majorHAnsi"/>
        </w:rPr>
        <w:t xml:space="preserve"> administrator </w:t>
      </w:r>
      <w:proofErr w:type="spellStart"/>
      <w:r w:rsidRPr="009A3476">
        <w:rPr>
          <w:rFonts w:asciiTheme="majorHAnsi" w:hAnsiTheme="majorHAnsi" w:cstheme="majorHAnsi"/>
        </w:rPr>
        <w:t>danych</w:t>
      </w:r>
      <w:proofErr w:type="spellEnd"/>
      <w:r w:rsidRPr="009A3476">
        <w:rPr>
          <w:rFonts w:asciiTheme="majorHAnsi" w:hAnsiTheme="majorHAnsi" w:cstheme="majorHAnsi"/>
        </w:rPr>
        <w:t xml:space="preserve">, w </w:t>
      </w:r>
      <w:proofErr w:type="spellStart"/>
      <w:r w:rsidRPr="009A3476">
        <w:rPr>
          <w:rFonts w:asciiTheme="majorHAnsi" w:hAnsiTheme="majorHAnsi" w:cstheme="majorHAnsi"/>
        </w:rPr>
        <w:t>zakresie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niezbędnym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udzielenia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psychologicznej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prowadzenia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wymaganej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dokumentacji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2FB7BC79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3. </w:t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zapewnia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środki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techniczne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organizacyjne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odpowiednie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ryzyka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oraz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informuje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Zamawiającego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niezwłocznie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później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niż</w:t>
      </w:r>
      <w:proofErr w:type="spellEnd"/>
      <w:r w:rsidRPr="009A3476">
        <w:rPr>
          <w:rFonts w:asciiTheme="majorHAnsi" w:hAnsiTheme="majorHAnsi" w:cstheme="majorHAnsi"/>
        </w:rPr>
        <w:t xml:space="preserve"> w </w:t>
      </w:r>
      <w:proofErr w:type="spellStart"/>
      <w:r w:rsidRPr="009A3476">
        <w:rPr>
          <w:rFonts w:asciiTheme="majorHAnsi" w:hAnsiTheme="majorHAnsi" w:cstheme="majorHAnsi"/>
        </w:rPr>
        <w:t>ciągu</w:t>
      </w:r>
      <w:proofErr w:type="spellEnd"/>
      <w:r w:rsidRPr="009A3476">
        <w:rPr>
          <w:rFonts w:asciiTheme="majorHAnsi" w:hAnsiTheme="majorHAnsi" w:cstheme="majorHAnsi"/>
        </w:rPr>
        <w:t xml:space="preserve"> 24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, o </w:t>
      </w:r>
      <w:proofErr w:type="spellStart"/>
      <w:r w:rsidRPr="009A3476">
        <w:rPr>
          <w:rFonts w:asciiTheme="majorHAnsi" w:hAnsiTheme="majorHAnsi" w:cstheme="majorHAnsi"/>
        </w:rPr>
        <w:t>naruszeniu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ochrony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danych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dotyczących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informacji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przekazanych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przez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Zamawiającego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36C63F08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t xml:space="preserve">4. </w:t>
      </w:r>
      <w:proofErr w:type="spellStart"/>
      <w:r w:rsidRPr="009A3476">
        <w:rPr>
          <w:rFonts w:asciiTheme="majorHAnsi" w:hAnsiTheme="majorHAnsi" w:cstheme="majorHAnsi"/>
        </w:rPr>
        <w:t>Dokumentacja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rozliczeniowa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raport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roczny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przekazywane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Zamawiającemu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mogą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zawierać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danych</w:t>
      </w:r>
      <w:proofErr w:type="spellEnd"/>
      <w:r w:rsidRPr="009A3476">
        <w:rPr>
          <w:rFonts w:asciiTheme="majorHAnsi" w:hAnsiTheme="majorHAnsi" w:cstheme="majorHAnsi"/>
        </w:rPr>
        <w:t xml:space="preserve"> o </w:t>
      </w:r>
      <w:proofErr w:type="spellStart"/>
      <w:r w:rsidRPr="009A3476">
        <w:rPr>
          <w:rFonts w:asciiTheme="majorHAnsi" w:hAnsiTheme="majorHAnsi" w:cstheme="majorHAnsi"/>
        </w:rPr>
        <w:t>stanie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zdrowia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treści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konsultacji</w:t>
      </w:r>
      <w:proofErr w:type="spellEnd"/>
      <w:r w:rsidRPr="009A3476">
        <w:rPr>
          <w:rFonts w:asciiTheme="majorHAnsi" w:hAnsiTheme="majorHAnsi" w:cstheme="majorHAnsi"/>
        </w:rPr>
        <w:t xml:space="preserve"> ani </w:t>
      </w:r>
      <w:proofErr w:type="spellStart"/>
      <w:r w:rsidRPr="009A3476">
        <w:rPr>
          <w:rFonts w:asciiTheme="majorHAnsi" w:hAnsiTheme="majorHAnsi" w:cstheme="majorHAnsi"/>
        </w:rPr>
        <w:t>innych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informacji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umożliwiających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identyfikację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osób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korzystających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5D54439C" w14:textId="77777777" w:rsidR="009A3476" w:rsidRPr="009A3476" w:rsidRDefault="009A3476" w:rsidP="009A3476">
      <w:pPr>
        <w:spacing w:after="60"/>
        <w:ind w:hanging="283"/>
        <w:jc w:val="both"/>
        <w:rPr>
          <w:rFonts w:asciiTheme="majorHAnsi" w:hAnsiTheme="majorHAnsi" w:cstheme="majorHAnsi"/>
        </w:rPr>
      </w:pPr>
    </w:p>
    <w:p w14:paraId="6E6CDDE9" w14:textId="77777777" w:rsidR="001817FC" w:rsidRPr="009A3476" w:rsidRDefault="00000000" w:rsidP="009A3476">
      <w:pPr>
        <w:spacing w:after="1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3476">
        <w:rPr>
          <w:rFonts w:asciiTheme="majorHAnsi" w:hAnsiTheme="majorHAnsi" w:cstheme="majorHAnsi"/>
          <w:b/>
          <w:sz w:val="24"/>
          <w:szCs w:val="24"/>
        </w:rPr>
        <w:t xml:space="preserve">§ 10.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Zmiany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umowy</w:t>
      </w:r>
      <w:proofErr w:type="spellEnd"/>
    </w:p>
    <w:p w14:paraId="618A22D6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  <w:bCs/>
        </w:rPr>
      </w:pPr>
      <w:r w:rsidRPr="009A3476">
        <w:rPr>
          <w:rFonts w:asciiTheme="majorHAnsi" w:hAnsiTheme="majorHAnsi" w:cstheme="majorHAnsi"/>
          <w:bCs/>
        </w:rPr>
        <w:t xml:space="preserve">1. </w:t>
      </w:r>
      <w:proofErr w:type="spellStart"/>
      <w:r w:rsidRPr="009A3476">
        <w:rPr>
          <w:rFonts w:asciiTheme="majorHAnsi" w:hAnsiTheme="majorHAnsi" w:cstheme="majorHAnsi"/>
          <w:bCs/>
        </w:rPr>
        <w:t>Zmiana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umowy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wymaga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formy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pisemnej</w:t>
      </w:r>
      <w:proofErr w:type="spellEnd"/>
      <w:r w:rsidRPr="009A3476">
        <w:rPr>
          <w:rFonts w:asciiTheme="majorHAnsi" w:hAnsiTheme="majorHAnsi" w:cstheme="majorHAnsi"/>
          <w:bCs/>
        </w:rPr>
        <w:t xml:space="preserve"> pod </w:t>
      </w:r>
      <w:proofErr w:type="spellStart"/>
      <w:r w:rsidRPr="009A3476">
        <w:rPr>
          <w:rFonts w:asciiTheme="majorHAnsi" w:hAnsiTheme="majorHAnsi" w:cstheme="majorHAnsi"/>
          <w:bCs/>
        </w:rPr>
        <w:t>rygorem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nieważności</w:t>
      </w:r>
      <w:proofErr w:type="spellEnd"/>
      <w:r w:rsidRPr="009A3476">
        <w:rPr>
          <w:rFonts w:asciiTheme="majorHAnsi" w:hAnsiTheme="majorHAnsi" w:cstheme="majorHAnsi"/>
          <w:bCs/>
        </w:rPr>
        <w:t xml:space="preserve">, z </w:t>
      </w:r>
      <w:proofErr w:type="spellStart"/>
      <w:r w:rsidRPr="009A3476">
        <w:rPr>
          <w:rFonts w:asciiTheme="majorHAnsi" w:hAnsiTheme="majorHAnsi" w:cstheme="majorHAnsi"/>
          <w:bCs/>
        </w:rPr>
        <w:t>wyjątkiem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zmiany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osoby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realizującej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usługę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dokonanej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zgodnie</w:t>
      </w:r>
      <w:proofErr w:type="spellEnd"/>
      <w:r w:rsidRPr="009A3476">
        <w:rPr>
          <w:rFonts w:asciiTheme="majorHAnsi" w:hAnsiTheme="majorHAnsi" w:cstheme="majorHAnsi"/>
          <w:bCs/>
        </w:rPr>
        <w:t xml:space="preserve"> z § 2 </w:t>
      </w:r>
      <w:proofErr w:type="spellStart"/>
      <w:r w:rsidRPr="009A3476">
        <w:rPr>
          <w:rFonts w:asciiTheme="majorHAnsi" w:hAnsiTheme="majorHAnsi" w:cstheme="majorHAnsi"/>
          <w:bCs/>
        </w:rPr>
        <w:t>ust</w:t>
      </w:r>
      <w:proofErr w:type="spellEnd"/>
      <w:r w:rsidRPr="009A3476">
        <w:rPr>
          <w:rFonts w:asciiTheme="majorHAnsi" w:hAnsiTheme="majorHAnsi" w:cstheme="majorHAnsi"/>
          <w:bCs/>
        </w:rPr>
        <w:t xml:space="preserve">. 8 </w:t>
      </w:r>
      <w:proofErr w:type="spellStart"/>
      <w:r w:rsidRPr="009A3476">
        <w:rPr>
          <w:rFonts w:asciiTheme="majorHAnsi" w:hAnsiTheme="majorHAnsi" w:cstheme="majorHAnsi"/>
          <w:bCs/>
        </w:rPr>
        <w:t>oraz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zmiany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danych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kontaktowych</w:t>
      </w:r>
      <w:proofErr w:type="spellEnd"/>
      <w:r w:rsidRPr="009A3476">
        <w:rPr>
          <w:rFonts w:asciiTheme="majorHAnsi" w:hAnsiTheme="majorHAnsi" w:cstheme="majorHAnsi"/>
          <w:bCs/>
        </w:rPr>
        <w:t>.</w:t>
      </w:r>
    </w:p>
    <w:p w14:paraId="0B675ADD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  <w:bCs/>
        </w:rPr>
      </w:pPr>
      <w:r w:rsidRPr="009A3476">
        <w:rPr>
          <w:rFonts w:asciiTheme="majorHAnsi" w:hAnsiTheme="majorHAnsi" w:cstheme="majorHAnsi"/>
          <w:bCs/>
        </w:rPr>
        <w:t xml:space="preserve">2. </w:t>
      </w:r>
      <w:proofErr w:type="spellStart"/>
      <w:r w:rsidRPr="009A3476">
        <w:rPr>
          <w:rFonts w:asciiTheme="majorHAnsi" w:hAnsiTheme="majorHAnsi" w:cstheme="majorHAnsi"/>
          <w:bCs/>
        </w:rPr>
        <w:t>Zmiany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mogą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dotyczyć</w:t>
      </w:r>
      <w:proofErr w:type="spellEnd"/>
      <w:r w:rsidRPr="009A3476">
        <w:rPr>
          <w:rFonts w:asciiTheme="majorHAnsi" w:hAnsiTheme="majorHAnsi" w:cstheme="majorHAnsi"/>
          <w:bCs/>
        </w:rPr>
        <w:t xml:space="preserve"> w </w:t>
      </w:r>
      <w:proofErr w:type="spellStart"/>
      <w:r w:rsidRPr="009A3476">
        <w:rPr>
          <w:rFonts w:asciiTheme="majorHAnsi" w:hAnsiTheme="majorHAnsi" w:cstheme="majorHAnsi"/>
          <w:bCs/>
        </w:rPr>
        <w:t>szczególności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terminu</w:t>
      </w:r>
      <w:proofErr w:type="spellEnd"/>
      <w:r w:rsidRPr="009A3476">
        <w:rPr>
          <w:rFonts w:asciiTheme="majorHAnsi" w:hAnsiTheme="majorHAnsi" w:cstheme="majorHAnsi"/>
          <w:bCs/>
        </w:rPr>
        <w:t xml:space="preserve">, </w:t>
      </w:r>
      <w:proofErr w:type="spellStart"/>
      <w:r w:rsidRPr="009A3476">
        <w:rPr>
          <w:rFonts w:asciiTheme="majorHAnsi" w:hAnsiTheme="majorHAnsi" w:cstheme="majorHAnsi"/>
          <w:bCs/>
        </w:rPr>
        <w:t>sposobu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wykonywania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świadczeń</w:t>
      </w:r>
      <w:proofErr w:type="spellEnd"/>
      <w:r w:rsidRPr="009A3476">
        <w:rPr>
          <w:rFonts w:asciiTheme="majorHAnsi" w:hAnsiTheme="majorHAnsi" w:cstheme="majorHAnsi"/>
          <w:bCs/>
        </w:rPr>
        <w:t xml:space="preserve">, </w:t>
      </w:r>
      <w:proofErr w:type="spellStart"/>
      <w:r w:rsidRPr="009A3476">
        <w:rPr>
          <w:rFonts w:asciiTheme="majorHAnsi" w:hAnsiTheme="majorHAnsi" w:cstheme="majorHAnsi"/>
          <w:bCs/>
        </w:rPr>
        <w:t>zakresu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warsztatów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oraz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maksymalnej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wartości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umowy</w:t>
      </w:r>
      <w:proofErr w:type="spellEnd"/>
      <w:r w:rsidRPr="009A3476">
        <w:rPr>
          <w:rFonts w:asciiTheme="majorHAnsi" w:hAnsiTheme="majorHAnsi" w:cstheme="majorHAnsi"/>
          <w:bCs/>
        </w:rPr>
        <w:t xml:space="preserve">, o </w:t>
      </w:r>
      <w:proofErr w:type="spellStart"/>
      <w:r w:rsidRPr="009A3476">
        <w:rPr>
          <w:rFonts w:asciiTheme="majorHAnsi" w:hAnsiTheme="majorHAnsi" w:cstheme="majorHAnsi"/>
          <w:bCs/>
        </w:rPr>
        <w:t>ile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wynikają</w:t>
      </w:r>
      <w:proofErr w:type="spellEnd"/>
      <w:r w:rsidRPr="009A3476">
        <w:rPr>
          <w:rFonts w:asciiTheme="majorHAnsi" w:hAnsiTheme="majorHAnsi" w:cstheme="majorHAnsi"/>
          <w:bCs/>
        </w:rPr>
        <w:t xml:space="preserve"> z </w:t>
      </w:r>
      <w:proofErr w:type="spellStart"/>
      <w:r w:rsidRPr="009A3476">
        <w:rPr>
          <w:rFonts w:asciiTheme="majorHAnsi" w:hAnsiTheme="majorHAnsi" w:cstheme="majorHAnsi"/>
          <w:bCs/>
        </w:rPr>
        <w:t>okoliczności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niezależnych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od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Stron</w:t>
      </w:r>
      <w:proofErr w:type="spellEnd"/>
      <w:r w:rsidRPr="009A3476">
        <w:rPr>
          <w:rFonts w:asciiTheme="majorHAnsi" w:hAnsiTheme="majorHAnsi" w:cstheme="majorHAnsi"/>
          <w:bCs/>
        </w:rPr>
        <w:t xml:space="preserve">, </w:t>
      </w:r>
      <w:proofErr w:type="spellStart"/>
      <w:r w:rsidRPr="009A3476">
        <w:rPr>
          <w:rFonts w:asciiTheme="majorHAnsi" w:hAnsiTheme="majorHAnsi" w:cstheme="majorHAnsi"/>
          <w:bCs/>
        </w:rPr>
        <w:t>zmiany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przepisów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prawa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albo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uzasadnionych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potrzeb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Zamawiającego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i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nie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prowadzą</w:t>
      </w:r>
      <w:proofErr w:type="spellEnd"/>
      <w:r w:rsidRPr="009A3476">
        <w:rPr>
          <w:rFonts w:asciiTheme="majorHAnsi" w:hAnsiTheme="majorHAnsi" w:cstheme="majorHAnsi"/>
          <w:bCs/>
        </w:rPr>
        <w:t xml:space="preserve"> do </w:t>
      </w:r>
      <w:proofErr w:type="spellStart"/>
      <w:r w:rsidRPr="009A3476">
        <w:rPr>
          <w:rFonts w:asciiTheme="majorHAnsi" w:hAnsiTheme="majorHAnsi" w:cstheme="majorHAnsi"/>
          <w:bCs/>
        </w:rPr>
        <w:t>zmiany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charakteru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zamówienia</w:t>
      </w:r>
      <w:proofErr w:type="spellEnd"/>
      <w:r w:rsidRPr="009A3476">
        <w:rPr>
          <w:rFonts w:asciiTheme="majorHAnsi" w:hAnsiTheme="majorHAnsi" w:cstheme="majorHAnsi"/>
          <w:bCs/>
        </w:rPr>
        <w:t>.</w:t>
      </w:r>
    </w:p>
    <w:p w14:paraId="624EA774" w14:textId="77777777" w:rsidR="009A3476" w:rsidRPr="009A3476" w:rsidRDefault="009A3476">
      <w:pPr>
        <w:spacing w:after="60"/>
        <w:ind w:hanging="283"/>
        <w:rPr>
          <w:rFonts w:asciiTheme="majorHAnsi" w:hAnsiTheme="majorHAnsi" w:cstheme="majorHAnsi"/>
        </w:rPr>
      </w:pPr>
    </w:p>
    <w:p w14:paraId="17159213" w14:textId="77777777" w:rsidR="001817FC" w:rsidRPr="009A3476" w:rsidRDefault="00000000" w:rsidP="009A3476">
      <w:pPr>
        <w:spacing w:after="1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3476">
        <w:rPr>
          <w:rFonts w:asciiTheme="majorHAnsi" w:hAnsiTheme="majorHAnsi" w:cstheme="majorHAnsi"/>
          <w:b/>
          <w:sz w:val="24"/>
          <w:szCs w:val="24"/>
        </w:rPr>
        <w:t xml:space="preserve">§ 11.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Postanowienia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końcowe</w:t>
      </w:r>
      <w:proofErr w:type="spellEnd"/>
    </w:p>
    <w:p w14:paraId="3191A8D0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  <w:bCs/>
        </w:rPr>
      </w:pPr>
      <w:r w:rsidRPr="009A3476">
        <w:rPr>
          <w:rFonts w:asciiTheme="majorHAnsi" w:hAnsiTheme="majorHAnsi" w:cstheme="majorHAnsi"/>
          <w:bCs/>
        </w:rPr>
        <w:t xml:space="preserve">1. W </w:t>
      </w:r>
      <w:proofErr w:type="spellStart"/>
      <w:r w:rsidRPr="009A3476">
        <w:rPr>
          <w:rFonts w:asciiTheme="majorHAnsi" w:hAnsiTheme="majorHAnsi" w:cstheme="majorHAnsi"/>
          <w:bCs/>
        </w:rPr>
        <w:t>sprawach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nieuregulowanych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umową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stosuje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się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przepisy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Kodeksu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cywilnego</w:t>
      </w:r>
      <w:proofErr w:type="spellEnd"/>
      <w:r w:rsidRPr="009A3476">
        <w:rPr>
          <w:rFonts w:asciiTheme="majorHAnsi" w:hAnsiTheme="majorHAnsi" w:cstheme="majorHAnsi"/>
          <w:bCs/>
        </w:rPr>
        <w:t xml:space="preserve">, </w:t>
      </w:r>
      <w:proofErr w:type="spellStart"/>
      <w:r w:rsidRPr="009A3476">
        <w:rPr>
          <w:rFonts w:asciiTheme="majorHAnsi" w:hAnsiTheme="majorHAnsi" w:cstheme="majorHAnsi"/>
          <w:bCs/>
        </w:rPr>
        <w:t>ustawy</w:t>
      </w:r>
      <w:proofErr w:type="spellEnd"/>
      <w:r w:rsidRPr="009A3476">
        <w:rPr>
          <w:rFonts w:asciiTheme="majorHAnsi" w:hAnsiTheme="majorHAnsi" w:cstheme="majorHAnsi"/>
          <w:bCs/>
        </w:rPr>
        <w:t xml:space="preserve"> o </w:t>
      </w:r>
      <w:proofErr w:type="spellStart"/>
      <w:r w:rsidRPr="009A3476">
        <w:rPr>
          <w:rFonts w:asciiTheme="majorHAnsi" w:hAnsiTheme="majorHAnsi" w:cstheme="majorHAnsi"/>
          <w:bCs/>
        </w:rPr>
        <w:t>Państwowym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Ratownictwie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Medycznym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oraz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inne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właściwe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przepisy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prawa</w:t>
      </w:r>
      <w:proofErr w:type="spellEnd"/>
      <w:r w:rsidRPr="009A3476">
        <w:rPr>
          <w:rFonts w:asciiTheme="majorHAnsi" w:hAnsiTheme="majorHAnsi" w:cstheme="majorHAnsi"/>
          <w:bCs/>
        </w:rPr>
        <w:t>.</w:t>
      </w:r>
    </w:p>
    <w:p w14:paraId="3C05F919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  <w:bCs/>
        </w:rPr>
      </w:pPr>
      <w:r w:rsidRPr="009A3476">
        <w:rPr>
          <w:rFonts w:asciiTheme="majorHAnsi" w:hAnsiTheme="majorHAnsi" w:cstheme="majorHAnsi"/>
          <w:bCs/>
        </w:rPr>
        <w:t xml:space="preserve">2. Spory </w:t>
      </w:r>
      <w:proofErr w:type="spellStart"/>
      <w:r w:rsidRPr="009A3476">
        <w:rPr>
          <w:rFonts w:asciiTheme="majorHAnsi" w:hAnsiTheme="majorHAnsi" w:cstheme="majorHAnsi"/>
          <w:bCs/>
        </w:rPr>
        <w:t>wynikłe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na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tle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realizacji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umowy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Strony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będą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starały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się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rozwiązać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polubownie</w:t>
      </w:r>
      <w:proofErr w:type="spellEnd"/>
      <w:r w:rsidRPr="009A3476">
        <w:rPr>
          <w:rFonts w:asciiTheme="majorHAnsi" w:hAnsiTheme="majorHAnsi" w:cstheme="majorHAnsi"/>
          <w:bCs/>
        </w:rPr>
        <w:t xml:space="preserve">, a w </w:t>
      </w:r>
      <w:proofErr w:type="spellStart"/>
      <w:r w:rsidRPr="009A3476">
        <w:rPr>
          <w:rFonts w:asciiTheme="majorHAnsi" w:hAnsiTheme="majorHAnsi" w:cstheme="majorHAnsi"/>
          <w:bCs/>
        </w:rPr>
        <w:t>razie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braku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porozumienia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poddadzą</w:t>
      </w:r>
      <w:proofErr w:type="spellEnd"/>
      <w:r w:rsidRPr="009A3476">
        <w:rPr>
          <w:rFonts w:asciiTheme="majorHAnsi" w:hAnsiTheme="majorHAnsi" w:cstheme="majorHAnsi"/>
          <w:bCs/>
        </w:rPr>
        <w:t xml:space="preserve"> je </w:t>
      </w:r>
      <w:proofErr w:type="spellStart"/>
      <w:r w:rsidRPr="009A3476">
        <w:rPr>
          <w:rFonts w:asciiTheme="majorHAnsi" w:hAnsiTheme="majorHAnsi" w:cstheme="majorHAnsi"/>
          <w:bCs/>
        </w:rPr>
        <w:t>rozstrzygnięciu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sądu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właściwego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dla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siedziby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Zamawiającego</w:t>
      </w:r>
      <w:proofErr w:type="spellEnd"/>
      <w:r w:rsidRPr="009A3476">
        <w:rPr>
          <w:rFonts w:asciiTheme="majorHAnsi" w:hAnsiTheme="majorHAnsi" w:cstheme="majorHAnsi"/>
          <w:bCs/>
        </w:rPr>
        <w:t>.</w:t>
      </w:r>
    </w:p>
    <w:p w14:paraId="4C31FD23" w14:textId="77777777" w:rsidR="001817FC" w:rsidRPr="009A3476" w:rsidRDefault="00000000" w:rsidP="009A3476">
      <w:pPr>
        <w:spacing w:after="60"/>
        <w:ind w:hanging="283"/>
        <w:jc w:val="both"/>
        <w:rPr>
          <w:rFonts w:asciiTheme="majorHAnsi" w:hAnsiTheme="majorHAnsi" w:cstheme="majorHAnsi"/>
          <w:bCs/>
        </w:rPr>
      </w:pPr>
      <w:r w:rsidRPr="009A3476">
        <w:rPr>
          <w:rFonts w:asciiTheme="majorHAnsi" w:hAnsiTheme="majorHAnsi" w:cstheme="majorHAnsi"/>
          <w:bCs/>
        </w:rPr>
        <w:t xml:space="preserve">3. </w:t>
      </w:r>
      <w:proofErr w:type="spellStart"/>
      <w:r w:rsidRPr="009A3476">
        <w:rPr>
          <w:rFonts w:asciiTheme="majorHAnsi" w:hAnsiTheme="majorHAnsi" w:cstheme="majorHAnsi"/>
          <w:bCs/>
        </w:rPr>
        <w:t>Umowę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sporządzono</w:t>
      </w:r>
      <w:proofErr w:type="spellEnd"/>
      <w:r w:rsidRPr="009A3476">
        <w:rPr>
          <w:rFonts w:asciiTheme="majorHAnsi" w:hAnsiTheme="majorHAnsi" w:cstheme="majorHAnsi"/>
          <w:bCs/>
        </w:rPr>
        <w:t xml:space="preserve"> w </w:t>
      </w:r>
      <w:proofErr w:type="spellStart"/>
      <w:r w:rsidRPr="009A3476">
        <w:rPr>
          <w:rFonts w:asciiTheme="majorHAnsi" w:hAnsiTheme="majorHAnsi" w:cstheme="majorHAnsi"/>
          <w:bCs/>
        </w:rPr>
        <w:t>dwóch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jednobrzmiących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egzemplarzach</w:t>
      </w:r>
      <w:proofErr w:type="spellEnd"/>
      <w:r w:rsidRPr="009A3476">
        <w:rPr>
          <w:rFonts w:asciiTheme="majorHAnsi" w:hAnsiTheme="majorHAnsi" w:cstheme="majorHAnsi"/>
          <w:bCs/>
        </w:rPr>
        <w:t xml:space="preserve">, po </w:t>
      </w:r>
      <w:proofErr w:type="spellStart"/>
      <w:r w:rsidRPr="009A3476">
        <w:rPr>
          <w:rFonts w:asciiTheme="majorHAnsi" w:hAnsiTheme="majorHAnsi" w:cstheme="majorHAnsi"/>
          <w:bCs/>
        </w:rPr>
        <w:t>jednym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dla</w:t>
      </w:r>
      <w:proofErr w:type="spellEnd"/>
      <w:r w:rsidRPr="009A3476">
        <w:rPr>
          <w:rFonts w:asciiTheme="majorHAnsi" w:hAnsiTheme="majorHAnsi" w:cstheme="majorHAnsi"/>
          <w:bCs/>
        </w:rPr>
        <w:t xml:space="preserve"> </w:t>
      </w:r>
      <w:proofErr w:type="spellStart"/>
      <w:r w:rsidRPr="009A3476">
        <w:rPr>
          <w:rFonts w:asciiTheme="majorHAnsi" w:hAnsiTheme="majorHAnsi" w:cstheme="majorHAnsi"/>
          <w:bCs/>
        </w:rPr>
        <w:t>każdej</w:t>
      </w:r>
      <w:proofErr w:type="spellEnd"/>
      <w:r w:rsidRPr="009A3476">
        <w:rPr>
          <w:rFonts w:asciiTheme="majorHAnsi" w:hAnsiTheme="majorHAnsi" w:cstheme="majorHAnsi"/>
          <w:bCs/>
        </w:rPr>
        <w:t xml:space="preserve"> ze </w:t>
      </w:r>
      <w:proofErr w:type="spellStart"/>
      <w:r w:rsidRPr="009A3476">
        <w:rPr>
          <w:rFonts w:asciiTheme="majorHAnsi" w:hAnsiTheme="majorHAnsi" w:cstheme="majorHAnsi"/>
          <w:bCs/>
        </w:rPr>
        <w:t>Stron</w:t>
      </w:r>
      <w:proofErr w:type="spellEnd"/>
      <w:r w:rsidRPr="009A3476">
        <w:rPr>
          <w:rFonts w:asciiTheme="majorHAnsi" w:hAnsiTheme="majorHAnsi" w:cstheme="majorHAnsi"/>
          <w:bCs/>
        </w:rPr>
        <w:t>.</w:t>
      </w:r>
    </w:p>
    <w:p w14:paraId="34C90560" w14:textId="77777777" w:rsidR="001817FC" w:rsidRPr="009A3476" w:rsidRDefault="00000000">
      <w:pPr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br/>
      </w:r>
      <w:r w:rsidRPr="009A3476">
        <w:rPr>
          <w:rFonts w:asciiTheme="majorHAnsi" w:hAnsiTheme="majorHAnsi" w:cstheme="majorHAnsi"/>
        </w:rPr>
        <w:br/>
        <w:t>....................................................                              ....................................................</w:t>
      </w:r>
      <w:r w:rsidRPr="009A3476">
        <w:rPr>
          <w:rFonts w:asciiTheme="majorHAnsi" w:hAnsiTheme="majorHAnsi" w:cstheme="majorHAnsi"/>
        </w:rPr>
        <w:br/>
        <w:t>WYKONAWCA                                                                 ZAMAWIAJĄCY</w:t>
      </w:r>
    </w:p>
    <w:p w14:paraId="3783EA4F" w14:textId="77777777" w:rsidR="009A3476" w:rsidRDefault="009A3476" w:rsidP="009A3476">
      <w:pPr>
        <w:spacing w:after="160"/>
        <w:rPr>
          <w:rFonts w:asciiTheme="majorHAnsi" w:hAnsiTheme="majorHAnsi" w:cstheme="majorHAnsi"/>
          <w:b/>
          <w:sz w:val="24"/>
          <w:szCs w:val="24"/>
        </w:rPr>
      </w:pPr>
    </w:p>
    <w:p w14:paraId="29BB534B" w14:textId="77777777" w:rsidR="007A413A" w:rsidRDefault="007A413A" w:rsidP="009A3476">
      <w:pPr>
        <w:spacing w:after="160"/>
        <w:rPr>
          <w:rFonts w:asciiTheme="majorHAnsi" w:hAnsiTheme="majorHAnsi" w:cstheme="majorHAnsi"/>
          <w:b/>
          <w:sz w:val="24"/>
          <w:szCs w:val="24"/>
        </w:rPr>
      </w:pPr>
    </w:p>
    <w:p w14:paraId="2C159ABF" w14:textId="77777777" w:rsidR="009A3476" w:rsidRDefault="009A3476" w:rsidP="009A3476">
      <w:pPr>
        <w:spacing w:after="160"/>
        <w:rPr>
          <w:rFonts w:asciiTheme="majorHAnsi" w:hAnsiTheme="majorHAnsi" w:cstheme="majorHAnsi"/>
          <w:b/>
          <w:sz w:val="24"/>
          <w:szCs w:val="24"/>
        </w:rPr>
      </w:pPr>
    </w:p>
    <w:p w14:paraId="1EE00FAA" w14:textId="5AC0A8B9" w:rsidR="001817FC" w:rsidRPr="009A3476" w:rsidRDefault="00000000" w:rsidP="009A3476">
      <w:pPr>
        <w:spacing w:after="160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lastRenderedPageBreak/>
        <w:t>Załączniki</w:t>
      </w:r>
      <w:proofErr w:type="spellEnd"/>
      <w:r w:rsidRPr="009A3476">
        <w:rPr>
          <w:rFonts w:asciiTheme="majorHAnsi" w:hAnsiTheme="majorHAnsi" w:cstheme="majorHAnsi"/>
          <w:b/>
          <w:sz w:val="24"/>
          <w:szCs w:val="24"/>
        </w:rPr>
        <w:t xml:space="preserve"> do </w:t>
      </w:r>
      <w:proofErr w:type="spellStart"/>
      <w:r w:rsidRPr="009A3476">
        <w:rPr>
          <w:rFonts w:asciiTheme="majorHAnsi" w:hAnsiTheme="majorHAnsi" w:cstheme="majorHAnsi"/>
          <w:b/>
          <w:sz w:val="24"/>
          <w:szCs w:val="24"/>
        </w:rPr>
        <w:t>umowy</w:t>
      </w:r>
      <w:proofErr w:type="spellEnd"/>
    </w:p>
    <w:p w14:paraId="14C5B3CB" w14:textId="77777777" w:rsidR="001817FC" w:rsidRPr="009A3476" w:rsidRDefault="00000000" w:rsidP="009A3476">
      <w:pPr>
        <w:pStyle w:val="Listapunktowana"/>
        <w:numPr>
          <w:ilvl w:val="0"/>
          <w:numId w:val="11"/>
        </w:numPr>
        <w:spacing w:after="40"/>
        <w:rPr>
          <w:rFonts w:asciiTheme="majorHAnsi" w:hAnsiTheme="majorHAnsi" w:cstheme="majorHAnsi"/>
        </w:rPr>
      </w:pPr>
      <w:proofErr w:type="spellStart"/>
      <w:r w:rsidRPr="009A3476">
        <w:rPr>
          <w:rFonts w:asciiTheme="majorHAnsi" w:hAnsiTheme="majorHAnsi" w:cstheme="majorHAnsi"/>
        </w:rPr>
        <w:t>Wykaz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osób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przewidzianych</w:t>
      </w:r>
      <w:proofErr w:type="spellEnd"/>
      <w:r w:rsidRPr="009A3476">
        <w:rPr>
          <w:rFonts w:asciiTheme="majorHAnsi" w:hAnsiTheme="majorHAnsi" w:cstheme="majorHAnsi"/>
        </w:rPr>
        <w:t xml:space="preserve"> do </w:t>
      </w:r>
      <w:proofErr w:type="spellStart"/>
      <w:r w:rsidRPr="009A3476">
        <w:rPr>
          <w:rFonts w:asciiTheme="majorHAnsi" w:hAnsiTheme="majorHAnsi" w:cstheme="majorHAnsi"/>
        </w:rPr>
        <w:t>realizacji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wraz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dokumentami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potwierdzającymi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kwalifikacje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7F8F2DB6" w14:textId="77777777" w:rsidR="001817FC" w:rsidRPr="009A3476" w:rsidRDefault="00000000" w:rsidP="009A3476">
      <w:pPr>
        <w:pStyle w:val="Listapunktowana"/>
        <w:numPr>
          <w:ilvl w:val="0"/>
          <w:numId w:val="11"/>
        </w:numPr>
        <w:spacing w:after="40"/>
        <w:rPr>
          <w:rFonts w:asciiTheme="majorHAnsi" w:hAnsiTheme="majorHAnsi" w:cstheme="majorHAnsi"/>
        </w:rPr>
      </w:pPr>
      <w:proofErr w:type="spellStart"/>
      <w:r w:rsidRPr="009A3476">
        <w:rPr>
          <w:rFonts w:asciiTheme="majorHAnsi" w:hAnsiTheme="majorHAnsi" w:cstheme="majorHAnsi"/>
        </w:rPr>
        <w:t>Wzór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ewidencji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liczby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wykonywania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umowy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32D99D73" w14:textId="77777777" w:rsidR="001817FC" w:rsidRPr="009A3476" w:rsidRDefault="00000000" w:rsidP="009A3476">
      <w:pPr>
        <w:pStyle w:val="Listapunktowana"/>
        <w:numPr>
          <w:ilvl w:val="0"/>
          <w:numId w:val="11"/>
        </w:numPr>
        <w:spacing w:after="40"/>
        <w:rPr>
          <w:rFonts w:asciiTheme="majorHAnsi" w:hAnsiTheme="majorHAnsi" w:cstheme="majorHAnsi"/>
        </w:rPr>
      </w:pPr>
      <w:proofErr w:type="spellStart"/>
      <w:r w:rsidRPr="009A3476">
        <w:rPr>
          <w:rFonts w:asciiTheme="majorHAnsi" w:hAnsiTheme="majorHAnsi" w:cstheme="majorHAnsi"/>
        </w:rPr>
        <w:t>Klauzula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informacyjna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Zamawiającego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617A01D8" w14:textId="77777777" w:rsidR="001817FC" w:rsidRPr="009A3476" w:rsidRDefault="00000000" w:rsidP="009A3476">
      <w:pPr>
        <w:pStyle w:val="Listapunktowana"/>
        <w:numPr>
          <w:ilvl w:val="0"/>
          <w:numId w:val="11"/>
        </w:numPr>
        <w:spacing w:after="40"/>
        <w:rPr>
          <w:rFonts w:asciiTheme="majorHAnsi" w:hAnsiTheme="majorHAnsi" w:cstheme="majorHAnsi"/>
        </w:rPr>
      </w:pPr>
      <w:proofErr w:type="spellStart"/>
      <w:r w:rsidRPr="009A3476">
        <w:rPr>
          <w:rFonts w:asciiTheme="majorHAnsi" w:hAnsiTheme="majorHAnsi" w:cstheme="majorHAnsi"/>
        </w:rPr>
        <w:t>Oferta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Wykonawcy</w:t>
      </w:r>
      <w:proofErr w:type="spellEnd"/>
      <w:r w:rsidRPr="009A3476">
        <w:rPr>
          <w:rFonts w:asciiTheme="majorHAnsi" w:hAnsiTheme="majorHAnsi" w:cstheme="majorHAnsi"/>
        </w:rPr>
        <w:t>.</w:t>
      </w:r>
    </w:p>
    <w:p w14:paraId="20A596BC" w14:textId="77777777" w:rsidR="001817FC" w:rsidRPr="009A3476" w:rsidRDefault="00000000">
      <w:pPr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br w:type="page"/>
      </w:r>
    </w:p>
    <w:p w14:paraId="0B9466EB" w14:textId="77777777" w:rsidR="001817FC" w:rsidRPr="009A3476" w:rsidRDefault="00000000">
      <w:pPr>
        <w:spacing w:after="160"/>
        <w:jc w:val="center"/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  <w:b/>
          <w:sz w:val="28"/>
        </w:rPr>
        <w:lastRenderedPageBreak/>
        <w:t>ZAŁĄCZNIK NR 2 DO UMOWY – EWIDENCJA GODZIN</w:t>
      </w:r>
    </w:p>
    <w:p w14:paraId="573CF6D3" w14:textId="77777777" w:rsidR="001817FC" w:rsidRPr="009A3476" w:rsidRDefault="00000000">
      <w:pPr>
        <w:rPr>
          <w:rFonts w:asciiTheme="majorHAnsi" w:hAnsiTheme="majorHAnsi" w:cstheme="majorHAnsi"/>
        </w:rPr>
      </w:pPr>
      <w:proofErr w:type="spellStart"/>
      <w:r w:rsidRPr="009A3476">
        <w:rPr>
          <w:rFonts w:asciiTheme="majorHAnsi" w:hAnsiTheme="majorHAnsi" w:cstheme="majorHAnsi"/>
        </w:rPr>
        <w:t>Miesiąc</w:t>
      </w:r>
      <w:proofErr w:type="spellEnd"/>
      <w:r w:rsidRPr="009A3476">
        <w:rPr>
          <w:rFonts w:asciiTheme="majorHAnsi" w:hAnsiTheme="majorHAnsi" w:cstheme="majorHAnsi"/>
        </w:rPr>
        <w:t xml:space="preserve">: ........................................    </w:t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>: ........................................................................................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69"/>
        <w:gridCol w:w="1970"/>
        <w:gridCol w:w="1970"/>
        <w:gridCol w:w="1970"/>
        <w:gridCol w:w="1970"/>
      </w:tblGrid>
      <w:tr w:rsidR="001817FC" w:rsidRPr="009A3476" w14:paraId="74846144" w14:textId="77777777">
        <w:trPr>
          <w:jc w:val="center"/>
        </w:trPr>
        <w:tc>
          <w:tcPr>
            <w:tcW w:w="1972" w:type="dxa"/>
            <w:shd w:val="clear" w:color="auto" w:fill="D9EAF7"/>
          </w:tcPr>
          <w:p w14:paraId="58D5D1FF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proofErr w:type="spellStart"/>
            <w:r w:rsidRPr="009A3476">
              <w:rPr>
                <w:rFonts w:asciiTheme="majorHAnsi" w:hAnsiTheme="majorHAnsi" w:cstheme="majorHAnsi"/>
              </w:rPr>
              <w:t>Lp</w:t>
            </w:r>
            <w:proofErr w:type="spellEnd"/>
            <w:r w:rsidRPr="009A347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972" w:type="dxa"/>
            <w:shd w:val="clear" w:color="auto" w:fill="D9EAF7"/>
          </w:tcPr>
          <w:p w14:paraId="1DE5F935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>Data</w:t>
            </w:r>
          </w:p>
        </w:tc>
        <w:tc>
          <w:tcPr>
            <w:tcW w:w="1972" w:type="dxa"/>
            <w:shd w:val="clear" w:color="auto" w:fill="D9EAF7"/>
          </w:tcPr>
          <w:p w14:paraId="1A962A5E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proofErr w:type="spellStart"/>
            <w:r w:rsidRPr="009A3476">
              <w:rPr>
                <w:rFonts w:asciiTheme="majorHAnsi" w:hAnsiTheme="majorHAnsi" w:cstheme="majorHAnsi"/>
              </w:rPr>
              <w:t>Rodzaj</w:t>
            </w:r>
            <w:proofErr w:type="spellEnd"/>
            <w:r w:rsidRPr="009A347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3476">
              <w:rPr>
                <w:rFonts w:asciiTheme="majorHAnsi" w:hAnsiTheme="majorHAnsi" w:cstheme="majorHAnsi"/>
              </w:rPr>
              <w:t>czynności</w:t>
            </w:r>
            <w:proofErr w:type="spellEnd"/>
          </w:p>
        </w:tc>
        <w:tc>
          <w:tcPr>
            <w:tcW w:w="1972" w:type="dxa"/>
            <w:shd w:val="clear" w:color="auto" w:fill="D9EAF7"/>
          </w:tcPr>
          <w:p w14:paraId="0DE40FE6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 xml:space="preserve">Forma / </w:t>
            </w:r>
            <w:proofErr w:type="spellStart"/>
            <w:r w:rsidRPr="009A3476">
              <w:rPr>
                <w:rFonts w:asciiTheme="majorHAnsi" w:hAnsiTheme="majorHAnsi" w:cstheme="majorHAnsi"/>
              </w:rPr>
              <w:t>miejsce</w:t>
            </w:r>
            <w:proofErr w:type="spellEnd"/>
          </w:p>
        </w:tc>
        <w:tc>
          <w:tcPr>
            <w:tcW w:w="1972" w:type="dxa"/>
            <w:shd w:val="clear" w:color="auto" w:fill="D9EAF7"/>
          </w:tcPr>
          <w:p w14:paraId="0142A36E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proofErr w:type="spellStart"/>
            <w:r w:rsidRPr="009A3476">
              <w:rPr>
                <w:rFonts w:asciiTheme="majorHAnsi" w:hAnsiTheme="majorHAnsi" w:cstheme="majorHAnsi"/>
              </w:rPr>
              <w:t>Liczba</w:t>
            </w:r>
            <w:proofErr w:type="spellEnd"/>
            <w:r w:rsidRPr="009A347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3476">
              <w:rPr>
                <w:rFonts w:asciiTheme="majorHAnsi" w:hAnsiTheme="majorHAnsi" w:cstheme="majorHAnsi"/>
              </w:rPr>
              <w:t>godzin</w:t>
            </w:r>
            <w:proofErr w:type="spellEnd"/>
          </w:p>
        </w:tc>
      </w:tr>
      <w:tr w:rsidR="001817FC" w:rsidRPr="009A3476" w14:paraId="4B837880" w14:textId="77777777">
        <w:trPr>
          <w:jc w:val="center"/>
        </w:trPr>
        <w:tc>
          <w:tcPr>
            <w:tcW w:w="1972" w:type="dxa"/>
          </w:tcPr>
          <w:p w14:paraId="15945149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72" w:type="dxa"/>
          </w:tcPr>
          <w:p w14:paraId="75FF2BF7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5946A9C0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06EB10E2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02F35152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</w:tr>
      <w:tr w:rsidR="001817FC" w:rsidRPr="009A3476" w14:paraId="039C8C85" w14:textId="77777777">
        <w:trPr>
          <w:jc w:val="center"/>
        </w:trPr>
        <w:tc>
          <w:tcPr>
            <w:tcW w:w="1972" w:type="dxa"/>
          </w:tcPr>
          <w:p w14:paraId="0DB2ABCF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972" w:type="dxa"/>
          </w:tcPr>
          <w:p w14:paraId="1A75DE7F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36E56DC0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1AB040C2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76B11C6E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</w:tr>
      <w:tr w:rsidR="001817FC" w:rsidRPr="009A3476" w14:paraId="4C77212A" w14:textId="77777777">
        <w:trPr>
          <w:jc w:val="center"/>
        </w:trPr>
        <w:tc>
          <w:tcPr>
            <w:tcW w:w="1972" w:type="dxa"/>
          </w:tcPr>
          <w:p w14:paraId="27C774CD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972" w:type="dxa"/>
          </w:tcPr>
          <w:p w14:paraId="29D8B5F0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79C88D61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1DE4B03C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6949BA26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</w:tr>
      <w:tr w:rsidR="001817FC" w:rsidRPr="009A3476" w14:paraId="6713449E" w14:textId="77777777">
        <w:trPr>
          <w:jc w:val="center"/>
        </w:trPr>
        <w:tc>
          <w:tcPr>
            <w:tcW w:w="1972" w:type="dxa"/>
          </w:tcPr>
          <w:p w14:paraId="11402E8A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972" w:type="dxa"/>
          </w:tcPr>
          <w:p w14:paraId="66461549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29AB715B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31286FC0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7753DB5C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</w:tr>
      <w:tr w:rsidR="001817FC" w:rsidRPr="009A3476" w14:paraId="213446A2" w14:textId="77777777">
        <w:trPr>
          <w:jc w:val="center"/>
        </w:trPr>
        <w:tc>
          <w:tcPr>
            <w:tcW w:w="1972" w:type="dxa"/>
          </w:tcPr>
          <w:p w14:paraId="693C4653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972" w:type="dxa"/>
          </w:tcPr>
          <w:p w14:paraId="4862D1B1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12135097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0A0769CE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5972B91C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</w:tr>
      <w:tr w:rsidR="001817FC" w:rsidRPr="009A3476" w14:paraId="1868DCDE" w14:textId="77777777">
        <w:trPr>
          <w:jc w:val="center"/>
        </w:trPr>
        <w:tc>
          <w:tcPr>
            <w:tcW w:w="1972" w:type="dxa"/>
          </w:tcPr>
          <w:p w14:paraId="6D86780F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972" w:type="dxa"/>
          </w:tcPr>
          <w:p w14:paraId="5AB8D507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7FD157DD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1D24AFD3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2379F2EB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</w:tr>
      <w:tr w:rsidR="001817FC" w:rsidRPr="009A3476" w14:paraId="2D6971F7" w14:textId="77777777">
        <w:trPr>
          <w:jc w:val="center"/>
        </w:trPr>
        <w:tc>
          <w:tcPr>
            <w:tcW w:w="1972" w:type="dxa"/>
          </w:tcPr>
          <w:p w14:paraId="09EDECAB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972" w:type="dxa"/>
          </w:tcPr>
          <w:p w14:paraId="079D228F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32437189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60676757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79F454E3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</w:tr>
      <w:tr w:rsidR="001817FC" w:rsidRPr="009A3476" w14:paraId="7173E224" w14:textId="77777777">
        <w:trPr>
          <w:jc w:val="center"/>
        </w:trPr>
        <w:tc>
          <w:tcPr>
            <w:tcW w:w="1972" w:type="dxa"/>
          </w:tcPr>
          <w:p w14:paraId="4145E0FB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1972" w:type="dxa"/>
          </w:tcPr>
          <w:p w14:paraId="30D4C544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6DA09180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43FAC67F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069DDEAA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</w:tr>
      <w:tr w:rsidR="001817FC" w:rsidRPr="009A3476" w14:paraId="1DB19F37" w14:textId="77777777">
        <w:trPr>
          <w:jc w:val="center"/>
        </w:trPr>
        <w:tc>
          <w:tcPr>
            <w:tcW w:w="1972" w:type="dxa"/>
          </w:tcPr>
          <w:p w14:paraId="05B77CBD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972" w:type="dxa"/>
          </w:tcPr>
          <w:p w14:paraId="6B39034C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054073FF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14AEBB02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0E48E624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</w:tr>
      <w:tr w:rsidR="001817FC" w:rsidRPr="009A3476" w14:paraId="7B541CF9" w14:textId="77777777">
        <w:trPr>
          <w:jc w:val="center"/>
        </w:trPr>
        <w:tc>
          <w:tcPr>
            <w:tcW w:w="1972" w:type="dxa"/>
          </w:tcPr>
          <w:p w14:paraId="4235B3EF" w14:textId="77777777" w:rsidR="001817FC" w:rsidRPr="009A3476" w:rsidRDefault="00000000">
            <w:pPr>
              <w:rPr>
                <w:rFonts w:asciiTheme="majorHAnsi" w:hAnsiTheme="majorHAnsi" w:cstheme="majorHAnsi"/>
              </w:rPr>
            </w:pPr>
            <w:r w:rsidRPr="009A3476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972" w:type="dxa"/>
          </w:tcPr>
          <w:p w14:paraId="21449F15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6097B880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378DF877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2" w:type="dxa"/>
          </w:tcPr>
          <w:p w14:paraId="5C81D1A2" w14:textId="77777777" w:rsidR="001817FC" w:rsidRPr="009A3476" w:rsidRDefault="001817FC">
            <w:pPr>
              <w:rPr>
                <w:rFonts w:asciiTheme="majorHAnsi" w:hAnsiTheme="majorHAnsi" w:cstheme="majorHAnsi"/>
              </w:rPr>
            </w:pPr>
          </w:p>
        </w:tc>
      </w:tr>
    </w:tbl>
    <w:p w14:paraId="64E87697" w14:textId="77777777" w:rsidR="001817FC" w:rsidRPr="009A3476" w:rsidRDefault="00000000">
      <w:pPr>
        <w:rPr>
          <w:rFonts w:asciiTheme="majorHAnsi" w:hAnsiTheme="majorHAnsi" w:cstheme="majorHAnsi"/>
        </w:rPr>
      </w:pPr>
      <w:r w:rsidRPr="009A3476">
        <w:rPr>
          <w:rFonts w:asciiTheme="majorHAnsi" w:hAnsiTheme="majorHAnsi" w:cstheme="majorHAnsi"/>
        </w:rPr>
        <w:br/>
      </w:r>
      <w:proofErr w:type="spellStart"/>
      <w:r w:rsidRPr="009A3476">
        <w:rPr>
          <w:rFonts w:asciiTheme="majorHAnsi" w:hAnsiTheme="majorHAnsi" w:cstheme="majorHAnsi"/>
        </w:rPr>
        <w:t>Łączna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liczba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psychologicznej</w:t>
      </w:r>
      <w:proofErr w:type="spellEnd"/>
      <w:r w:rsidRPr="009A3476">
        <w:rPr>
          <w:rFonts w:asciiTheme="majorHAnsi" w:hAnsiTheme="majorHAnsi" w:cstheme="majorHAnsi"/>
        </w:rPr>
        <w:t>: ...............</w:t>
      </w:r>
      <w:r w:rsidRPr="009A3476">
        <w:rPr>
          <w:rFonts w:asciiTheme="majorHAnsi" w:hAnsiTheme="majorHAnsi" w:cstheme="majorHAnsi"/>
        </w:rPr>
        <w:br/>
      </w:r>
      <w:proofErr w:type="spellStart"/>
      <w:r w:rsidRPr="009A3476">
        <w:rPr>
          <w:rFonts w:asciiTheme="majorHAnsi" w:hAnsiTheme="majorHAnsi" w:cstheme="majorHAnsi"/>
        </w:rPr>
        <w:t>Łączna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liczba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godzin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warsztatów</w:t>
      </w:r>
      <w:proofErr w:type="spellEnd"/>
      <w:r w:rsidRPr="009A3476">
        <w:rPr>
          <w:rFonts w:asciiTheme="majorHAnsi" w:hAnsiTheme="majorHAnsi" w:cstheme="majorHAnsi"/>
        </w:rPr>
        <w:t>: ...............</w:t>
      </w:r>
      <w:r w:rsidRPr="009A3476">
        <w:rPr>
          <w:rFonts w:asciiTheme="majorHAnsi" w:hAnsiTheme="majorHAnsi" w:cstheme="majorHAnsi"/>
        </w:rPr>
        <w:br/>
      </w:r>
      <w:r w:rsidRPr="009A3476">
        <w:rPr>
          <w:rFonts w:asciiTheme="majorHAnsi" w:hAnsiTheme="majorHAnsi" w:cstheme="majorHAnsi"/>
        </w:rPr>
        <w:br/>
      </w:r>
      <w:proofErr w:type="spellStart"/>
      <w:r w:rsidRPr="009A3476">
        <w:rPr>
          <w:rFonts w:asciiTheme="majorHAnsi" w:hAnsiTheme="majorHAnsi" w:cstheme="majorHAnsi"/>
        </w:rPr>
        <w:t>Oświadczam</w:t>
      </w:r>
      <w:proofErr w:type="spellEnd"/>
      <w:r w:rsidRPr="009A3476">
        <w:rPr>
          <w:rFonts w:asciiTheme="majorHAnsi" w:hAnsiTheme="majorHAnsi" w:cstheme="majorHAnsi"/>
        </w:rPr>
        <w:t xml:space="preserve">, </w:t>
      </w:r>
      <w:proofErr w:type="spellStart"/>
      <w:r w:rsidRPr="009A3476">
        <w:rPr>
          <w:rFonts w:asciiTheme="majorHAnsi" w:hAnsiTheme="majorHAnsi" w:cstheme="majorHAnsi"/>
        </w:rPr>
        <w:t>że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ewidencja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nie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zawiera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danych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umożliwiających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identyfikację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osób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korzystających</w:t>
      </w:r>
      <w:proofErr w:type="spellEnd"/>
      <w:r w:rsidRPr="009A3476">
        <w:rPr>
          <w:rFonts w:asciiTheme="majorHAnsi" w:hAnsiTheme="majorHAnsi" w:cstheme="majorHAnsi"/>
        </w:rPr>
        <w:t xml:space="preserve"> z </w:t>
      </w:r>
      <w:proofErr w:type="spellStart"/>
      <w:r w:rsidRPr="009A3476">
        <w:rPr>
          <w:rFonts w:asciiTheme="majorHAnsi" w:hAnsiTheme="majorHAnsi" w:cstheme="majorHAnsi"/>
        </w:rPr>
        <w:t>pomocy</w:t>
      </w:r>
      <w:proofErr w:type="spellEnd"/>
      <w:r w:rsidRPr="009A3476">
        <w:rPr>
          <w:rFonts w:asciiTheme="majorHAnsi" w:hAnsiTheme="majorHAnsi" w:cstheme="majorHAnsi"/>
        </w:rPr>
        <w:t>.</w:t>
      </w:r>
      <w:r w:rsidRPr="009A3476">
        <w:rPr>
          <w:rFonts w:asciiTheme="majorHAnsi" w:hAnsiTheme="majorHAnsi" w:cstheme="majorHAnsi"/>
        </w:rPr>
        <w:br/>
      </w:r>
      <w:r w:rsidRPr="009A3476">
        <w:rPr>
          <w:rFonts w:asciiTheme="majorHAnsi" w:hAnsiTheme="majorHAnsi" w:cstheme="majorHAnsi"/>
        </w:rPr>
        <w:br/>
        <w:t>....................................................                     ....................................................</w:t>
      </w:r>
      <w:r w:rsidRPr="009A3476">
        <w:rPr>
          <w:rFonts w:asciiTheme="majorHAnsi" w:hAnsiTheme="majorHAnsi" w:cstheme="majorHAnsi"/>
        </w:rPr>
        <w:br/>
      </w:r>
      <w:proofErr w:type="spellStart"/>
      <w:r w:rsidRPr="009A3476">
        <w:rPr>
          <w:rFonts w:asciiTheme="majorHAnsi" w:hAnsiTheme="majorHAnsi" w:cstheme="majorHAnsi"/>
        </w:rPr>
        <w:t>Wykonawca</w:t>
      </w:r>
      <w:proofErr w:type="spellEnd"/>
      <w:r w:rsidRPr="009A3476">
        <w:rPr>
          <w:rFonts w:asciiTheme="majorHAnsi" w:hAnsiTheme="majorHAnsi" w:cstheme="majorHAnsi"/>
        </w:rPr>
        <w:t xml:space="preserve">                                                              </w:t>
      </w:r>
      <w:proofErr w:type="spellStart"/>
      <w:r w:rsidRPr="009A3476">
        <w:rPr>
          <w:rFonts w:asciiTheme="majorHAnsi" w:hAnsiTheme="majorHAnsi" w:cstheme="majorHAnsi"/>
        </w:rPr>
        <w:t>Akceptacja</w:t>
      </w:r>
      <w:proofErr w:type="spellEnd"/>
      <w:r w:rsidRPr="009A3476">
        <w:rPr>
          <w:rFonts w:asciiTheme="majorHAnsi" w:hAnsiTheme="majorHAnsi" w:cstheme="majorHAnsi"/>
        </w:rPr>
        <w:t xml:space="preserve"> </w:t>
      </w:r>
      <w:proofErr w:type="spellStart"/>
      <w:r w:rsidRPr="009A3476">
        <w:rPr>
          <w:rFonts w:asciiTheme="majorHAnsi" w:hAnsiTheme="majorHAnsi" w:cstheme="majorHAnsi"/>
        </w:rPr>
        <w:t>Zamawiającego</w:t>
      </w:r>
      <w:proofErr w:type="spellEnd"/>
    </w:p>
    <w:sectPr w:rsidR="001817FC" w:rsidRPr="009A3476" w:rsidSect="00034616">
      <w:pgSz w:w="12240" w:h="15840"/>
      <w:pgMar w:top="964" w:right="113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28642DE"/>
    <w:lvl w:ilvl="0">
      <w:start w:val="1"/>
      <w:numFmt w:val="lowerLetter"/>
      <w:pStyle w:val="Listapunktowana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Arial" w:hAnsiTheme="majorHAnsi" w:cstheme="majorHAnsi"/>
      </w:rPr>
    </w:lvl>
  </w:abstractNum>
  <w:abstractNum w:abstractNumId="9" w15:restartNumberingAfterBreak="0">
    <w:nsid w:val="026E5943"/>
    <w:multiLevelType w:val="hybridMultilevel"/>
    <w:tmpl w:val="4936E8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FC0989"/>
    <w:multiLevelType w:val="hybridMultilevel"/>
    <w:tmpl w:val="6CA0C9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613FE6"/>
    <w:multiLevelType w:val="multilevel"/>
    <w:tmpl w:val="25603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3759138">
    <w:abstractNumId w:val="8"/>
  </w:num>
  <w:num w:numId="2" w16cid:durableId="1685860953">
    <w:abstractNumId w:val="6"/>
  </w:num>
  <w:num w:numId="3" w16cid:durableId="832379465">
    <w:abstractNumId w:val="5"/>
  </w:num>
  <w:num w:numId="4" w16cid:durableId="1936091796">
    <w:abstractNumId w:val="4"/>
  </w:num>
  <w:num w:numId="5" w16cid:durableId="1694500205">
    <w:abstractNumId w:val="7"/>
  </w:num>
  <w:num w:numId="6" w16cid:durableId="1397700666">
    <w:abstractNumId w:val="3"/>
  </w:num>
  <w:num w:numId="7" w16cid:durableId="1042293144">
    <w:abstractNumId w:val="2"/>
  </w:num>
  <w:num w:numId="8" w16cid:durableId="2083405812">
    <w:abstractNumId w:val="1"/>
  </w:num>
  <w:num w:numId="9" w16cid:durableId="854464641">
    <w:abstractNumId w:val="0"/>
  </w:num>
  <w:num w:numId="10" w16cid:durableId="945507159">
    <w:abstractNumId w:val="9"/>
  </w:num>
  <w:num w:numId="11" w16cid:durableId="227305790">
    <w:abstractNumId w:val="10"/>
  </w:num>
  <w:num w:numId="12" w16cid:durableId="55056432">
    <w:abstractNumId w:val="11"/>
  </w:num>
  <w:num w:numId="13" w16cid:durableId="297734581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037"/>
    <w:rsid w:val="0010393A"/>
    <w:rsid w:val="0015074B"/>
    <w:rsid w:val="001817FC"/>
    <w:rsid w:val="0029639D"/>
    <w:rsid w:val="00326F90"/>
    <w:rsid w:val="006963A9"/>
    <w:rsid w:val="007A413A"/>
    <w:rsid w:val="00984977"/>
    <w:rsid w:val="009A3476"/>
    <w:rsid w:val="00A61004"/>
    <w:rsid w:val="00AA1D8D"/>
    <w:rsid w:val="00B47730"/>
    <w:rsid w:val="00CB0664"/>
    <w:rsid w:val="00D15E69"/>
    <w:rsid w:val="00EE5C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E8F30"/>
  <w14:defaultImageDpi w14:val="300"/>
  <w15:docId w15:val="{ED445A8A-F585-4DBE-A074-2536DF9E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1869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Justyna JR. Rudzka</cp:lastModifiedBy>
  <cp:revision>5</cp:revision>
  <cp:lastPrinted>2026-07-31T10:36:00Z</cp:lastPrinted>
  <dcterms:created xsi:type="dcterms:W3CDTF">2026-07-31T07:59:00Z</dcterms:created>
  <dcterms:modified xsi:type="dcterms:W3CDTF">2026-07-31T10:43:00Z</dcterms:modified>
  <cp:category/>
</cp:coreProperties>
</file>