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22843" w14:textId="77777777" w:rsidR="005E31C8" w:rsidRDefault="00000000">
      <w:pPr>
        <w:jc w:val="right"/>
      </w:pPr>
      <w:r>
        <w:rPr>
          <w:sz w:val="18"/>
        </w:rPr>
        <w:t>Załącznik nr 3 do Zaproszenia do składania ofert</w:t>
      </w:r>
      <w:r>
        <w:rPr>
          <w:sz w:val="18"/>
        </w:rPr>
        <w:br/>
        <w:t>Znak sprawy: DK.333.4.2026</w:t>
      </w:r>
    </w:p>
    <w:p w14:paraId="574F85BB" w14:textId="77777777" w:rsidR="005E31C8" w:rsidRDefault="00000000">
      <w:pPr>
        <w:spacing w:after="160"/>
        <w:jc w:val="center"/>
      </w:pPr>
      <w:r>
        <w:rPr>
          <w:b/>
          <w:sz w:val="28"/>
        </w:rPr>
        <w:t>OŚWIADCZENIE O BRAKU PRZESŁANEK WYKLUCZENIA</w:t>
      </w:r>
    </w:p>
    <w:p w14:paraId="20CA31D3" w14:textId="77777777" w:rsidR="005E31C8" w:rsidRDefault="00000000">
      <w:r>
        <w:rPr>
          <w:b/>
        </w:rPr>
        <w:t xml:space="preserve">Pełna nazwa (firma) Oferenta: </w:t>
      </w:r>
      <w:r>
        <w:t>........................................................................................................</w:t>
      </w:r>
    </w:p>
    <w:p w14:paraId="07E62BCB" w14:textId="77777777" w:rsidR="005E31C8" w:rsidRDefault="00000000">
      <w:r>
        <w:rPr>
          <w:b/>
        </w:rPr>
        <w:t xml:space="preserve">Adres: </w:t>
      </w:r>
      <w:r>
        <w:t>........................................................................................................</w:t>
      </w:r>
    </w:p>
    <w:p w14:paraId="242AD0CE" w14:textId="77777777" w:rsidR="005E31C8" w:rsidRDefault="00000000">
      <w:r>
        <w:rPr>
          <w:b/>
        </w:rPr>
        <w:t xml:space="preserve">NIP / KRS (jeżeli dotyczy): </w:t>
      </w:r>
      <w:r>
        <w:t>........................................................................................................</w:t>
      </w:r>
    </w:p>
    <w:p w14:paraId="1999424F" w14:textId="09C6CF28" w:rsidR="005E31C8" w:rsidRDefault="00000000" w:rsidP="00F00407">
      <w:pPr>
        <w:jc w:val="both"/>
      </w:pPr>
      <w:r>
        <w:t xml:space="preserve">Ubiegając się o udzielenie zamówienia pn. „Udzielanie kompleksowej pomocy psychologicznej członkom zespołów ratownictwa medycznego Stacji Ratownictwa Medycznego w Chełmie – SP ZOZ”, oświadczam, że wobec Oferenta nie zachodzi żadna z przesłanek wykluczenia określonych w art. 7 ust. 1 </w:t>
      </w:r>
      <w:proofErr w:type="spellStart"/>
      <w:r>
        <w:t>ustawy</w:t>
      </w:r>
      <w:proofErr w:type="spellEnd"/>
      <w:r>
        <w:t xml:space="preserve"> </w:t>
      </w:r>
      <w:r w:rsidR="00F00407">
        <w:br/>
      </w:r>
      <w:r>
        <w:t xml:space="preserve">z </w:t>
      </w:r>
      <w:proofErr w:type="spellStart"/>
      <w:r>
        <w:t>dnia</w:t>
      </w:r>
      <w:proofErr w:type="spellEnd"/>
      <w:r>
        <w:t xml:space="preserve"> 13 </w:t>
      </w:r>
      <w:proofErr w:type="spellStart"/>
      <w:r>
        <w:t>kwietnia</w:t>
      </w:r>
      <w:proofErr w:type="spellEnd"/>
      <w:r>
        <w:t xml:space="preserve"> 2022 r. o szczególnych rozwiązaniach w zakresie przeciwdziałania wspieraniu agresji na Ukrainę oraz służących ochronie bezpieczeństwa narodowego, w szczególności:</w:t>
      </w:r>
    </w:p>
    <w:p w14:paraId="27919184" w14:textId="2B05E383" w:rsidR="005E31C8" w:rsidRDefault="00000000" w:rsidP="00F00407">
      <w:pPr>
        <w:pStyle w:val="Listapunktowana"/>
        <w:spacing w:after="40"/>
        <w:ind w:left="397"/>
        <w:jc w:val="both"/>
      </w:pPr>
      <w:proofErr w:type="spellStart"/>
      <w:r>
        <w:t>Oferent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jest </w:t>
      </w:r>
      <w:proofErr w:type="spellStart"/>
      <w:r>
        <w:t>wymieniony</w:t>
      </w:r>
      <w:proofErr w:type="spellEnd"/>
      <w:r>
        <w:t xml:space="preserve"> w </w:t>
      </w:r>
      <w:proofErr w:type="spellStart"/>
      <w:r>
        <w:t>wykazach</w:t>
      </w:r>
      <w:proofErr w:type="spellEnd"/>
      <w:r>
        <w:t xml:space="preserve"> </w:t>
      </w:r>
      <w:proofErr w:type="spellStart"/>
      <w:r>
        <w:t>określonych</w:t>
      </w:r>
      <w:proofErr w:type="spellEnd"/>
      <w:r>
        <w:t xml:space="preserve"> w </w:t>
      </w:r>
      <w:proofErr w:type="spellStart"/>
      <w:r>
        <w:t>rozporządzeniu</w:t>
      </w:r>
      <w:proofErr w:type="spellEnd"/>
      <w:r>
        <w:t xml:space="preserve"> Rady (WE) nr 765/2006 </w:t>
      </w:r>
      <w:r w:rsidR="00F00407">
        <w:br/>
      </w:r>
      <w:proofErr w:type="spellStart"/>
      <w:r>
        <w:t>i</w:t>
      </w:r>
      <w:proofErr w:type="spellEnd"/>
      <w:r>
        <w:t xml:space="preserve"> </w:t>
      </w:r>
      <w:proofErr w:type="spellStart"/>
      <w:r>
        <w:t>rozporządzeniu</w:t>
      </w:r>
      <w:proofErr w:type="spellEnd"/>
      <w:r>
        <w:t xml:space="preserve"> Rady (UE) nr 269/2014 ani wpisany na listę prowadzoną na podstawie art. 2 wskazanej ustawy;</w:t>
      </w:r>
    </w:p>
    <w:p w14:paraId="16882D01" w14:textId="77777777" w:rsidR="005E31C8" w:rsidRDefault="00000000" w:rsidP="00F00407">
      <w:pPr>
        <w:pStyle w:val="Listapunktowana"/>
        <w:spacing w:after="40"/>
        <w:ind w:left="397"/>
        <w:jc w:val="both"/>
      </w:pPr>
      <w:r>
        <w:t>beneficjentem rzeczywistym Oferenta, w rozumieniu ustawy o przeciwdziałaniu praniu pieniędzy oraz finansowaniu terroryzmu, nie jest osoba wymieniona w powyższych wykazach albo wpisana na listę, ani osoba będąca takim beneficjentem rzeczywistym od dnia 24 lutego 2022 r., jeżeli została wpisana na listę na podstawie właściwej decyzji;</w:t>
      </w:r>
    </w:p>
    <w:p w14:paraId="01332DC0" w14:textId="6B50437C" w:rsidR="005E31C8" w:rsidRDefault="00000000" w:rsidP="00F00407">
      <w:pPr>
        <w:pStyle w:val="Listapunktowana"/>
        <w:spacing w:after="40"/>
        <w:ind w:left="397"/>
        <w:jc w:val="both"/>
      </w:pPr>
      <w:proofErr w:type="spellStart"/>
      <w:r>
        <w:t>jednostką</w:t>
      </w:r>
      <w:proofErr w:type="spellEnd"/>
      <w:r>
        <w:t xml:space="preserve"> </w:t>
      </w:r>
      <w:proofErr w:type="spellStart"/>
      <w:r>
        <w:t>dominującą</w:t>
      </w:r>
      <w:proofErr w:type="spellEnd"/>
      <w:r>
        <w:t xml:space="preserve"> </w:t>
      </w:r>
      <w:proofErr w:type="spellStart"/>
      <w:r>
        <w:t>Oferenta</w:t>
      </w:r>
      <w:proofErr w:type="spellEnd"/>
      <w:r>
        <w:t xml:space="preserve">, w </w:t>
      </w:r>
      <w:proofErr w:type="spellStart"/>
      <w:r>
        <w:t>rozumieniu</w:t>
      </w:r>
      <w:proofErr w:type="spellEnd"/>
      <w:r>
        <w:t xml:space="preserve"> </w:t>
      </w:r>
      <w:proofErr w:type="spellStart"/>
      <w:r>
        <w:t>ustawy</w:t>
      </w:r>
      <w:proofErr w:type="spellEnd"/>
      <w:r>
        <w:t xml:space="preserve"> o </w:t>
      </w:r>
      <w:proofErr w:type="spellStart"/>
      <w:r>
        <w:t>rachunkowości</w:t>
      </w:r>
      <w:proofErr w:type="spellEnd"/>
      <w:r>
        <w:t xml:space="preserve">, </w:t>
      </w:r>
      <w:proofErr w:type="spellStart"/>
      <w:r>
        <w:t>nie</w:t>
      </w:r>
      <w:proofErr w:type="spellEnd"/>
      <w:r>
        <w:t xml:space="preserve"> jest </w:t>
      </w:r>
      <w:proofErr w:type="spellStart"/>
      <w:r>
        <w:t>podmiot</w:t>
      </w:r>
      <w:proofErr w:type="spellEnd"/>
      <w:r>
        <w:t xml:space="preserve"> </w:t>
      </w:r>
      <w:proofErr w:type="spellStart"/>
      <w:r>
        <w:t>wymieniony</w:t>
      </w:r>
      <w:proofErr w:type="spellEnd"/>
      <w:r>
        <w:t xml:space="preserve"> </w:t>
      </w:r>
      <w:r w:rsidR="00935AAD">
        <w:br/>
      </w:r>
      <w:r>
        <w:t xml:space="preserve">w </w:t>
      </w:r>
      <w:proofErr w:type="spellStart"/>
      <w:r>
        <w:t>powyższych</w:t>
      </w:r>
      <w:proofErr w:type="spellEnd"/>
      <w:r>
        <w:t xml:space="preserve"> </w:t>
      </w:r>
      <w:proofErr w:type="spellStart"/>
      <w:r>
        <w:t>wykazach</w:t>
      </w:r>
      <w:proofErr w:type="spellEnd"/>
      <w:r>
        <w:t xml:space="preserve"> </w:t>
      </w:r>
      <w:proofErr w:type="spellStart"/>
      <w:r>
        <w:t>albo</w:t>
      </w:r>
      <w:proofErr w:type="spellEnd"/>
      <w:r>
        <w:t xml:space="preserve"> </w:t>
      </w:r>
      <w:proofErr w:type="spellStart"/>
      <w:r>
        <w:t>wpisany</w:t>
      </w:r>
      <w:proofErr w:type="spellEnd"/>
      <w:r>
        <w:t xml:space="preserve"> na listę, ani podmiot będący taką jednostką dominującą od dnia 24 lutego 2022 r., jeżeli został wpisany na listę na podstawie właściwej decyzji.</w:t>
      </w:r>
    </w:p>
    <w:p w14:paraId="236EBC93" w14:textId="77777777" w:rsidR="005E31C8" w:rsidRDefault="00000000" w:rsidP="00F00407">
      <w:pPr>
        <w:jc w:val="both"/>
      </w:pPr>
      <w:r>
        <w:t>Oświadczam, że podane informacje są aktualne i zgodne z prawdą. Zobowiązuję się niezwłocznie poinformować Zamawiającego o zmianie okoliczności objętych niniejszym oświadczeniem, jeżeli nastąpi ona przed zawarciem umowy.</w:t>
      </w:r>
    </w:p>
    <w:p w14:paraId="6A45121E" w14:textId="77777777" w:rsidR="005E31C8" w:rsidRDefault="00000000">
      <w:r>
        <w:br/>
        <w:t>Miejscowość i data: ............................................................</w:t>
      </w:r>
      <w:r>
        <w:br/>
      </w:r>
      <w:r>
        <w:br/>
        <w:t>Podpis Oferenta / osoby upoważnionej: ............................................................</w:t>
      </w:r>
    </w:p>
    <w:sectPr w:rsidR="005E31C8" w:rsidSect="00034616">
      <w:pgSz w:w="12240" w:h="15840"/>
      <w:pgMar w:top="964" w:right="1134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19733293">
    <w:abstractNumId w:val="8"/>
  </w:num>
  <w:num w:numId="2" w16cid:durableId="324089788">
    <w:abstractNumId w:val="6"/>
  </w:num>
  <w:num w:numId="3" w16cid:durableId="756753814">
    <w:abstractNumId w:val="5"/>
  </w:num>
  <w:num w:numId="4" w16cid:durableId="825321949">
    <w:abstractNumId w:val="4"/>
  </w:num>
  <w:num w:numId="5" w16cid:durableId="1394618799">
    <w:abstractNumId w:val="7"/>
  </w:num>
  <w:num w:numId="6" w16cid:durableId="109128388">
    <w:abstractNumId w:val="3"/>
  </w:num>
  <w:num w:numId="7" w16cid:durableId="1200049181">
    <w:abstractNumId w:val="2"/>
  </w:num>
  <w:num w:numId="8" w16cid:durableId="1409300860">
    <w:abstractNumId w:val="1"/>
  </w:num>
  <w:num w:numId="9" w16cid:durableId="358089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E729D"/>
    <w:rsid w:val="00326F90"/>
    <w:rsid w:val="005E31C8"/>
    <w:rsid w:val="00703442"/>
    <w:rsid w:val="00935AAD"/>
    <w:rsid w:val="00AA1D8D"/>
    <w:rsid w:val="00B47730"/>
    <w:rsid w:val="00CB0664"/>
    <w:rsid w:val="00F0040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7646A8"/>
  <w14:defaultImageDpi w14:val="300"/>
  <w15:docId w15:val="{E165D44F-B7AC-4FFE-B589-BEB2C6EA2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eastAsia="Arial" w:hAnsi="Arial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312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Justyna JR. Rudzka</cp:lastModifiedBy>
  <cp:revision>3</cp:revision>
  <dcterms:created xsi:type="dcterms:W3CDTF">2026-07-31T08:00:00Z</dcterms:created>
  <dcterms:modified xsi:type="dcterms:W3CDTF">2026-07-31T09:54:00Z</dcterms:modified>
  <cp:category/>
</cp:coreProperties>
</file>