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3463"/>
        <w:gridCol w:w="3737"/>
        <w:gridCol w:w="1512"/>
        <w:gridCol w:w="20"/>
      </w:tblGrid>
      <w:tr w:rsidR="00461D4D" w:rsidRPr="00691A6D" w14:paraId="69A65DE7" w14:textId="77777777">
        <w:trPr>
          <w:gridAfter w:val="1"/>
          <w:wAfter w:w="20" w:type="dxa"/>
          <w:jc w:val="center"/>
        </w:trPr>
        <w:tc>
          <w:tcPr>
            <w:tcW w:w="1512" w:type="dxa"/>
            <w:tcMar>
              <w:top w:w="0" w:type="dxa"/>
              <w:left w:w="20" w:type="dxa"/>
              <w:bottom w:w="30" w:type="dxa"/>
              <w:right w:w="20" w:type="dxa"/>
            </w:tcMar>
            <w:vAlign w:val="center"/>
          </w:tcPr>
          <w:p w14:paraId="61D861D0" w14:textId="2EDB6FFD" w:rsidR="00461D4D" w:rsidRPr="00691A6D" w:rsidRDefault="00461D4D">
            <w:pPr>
              <w:jc w:val="center"/>
              <w:rPr>
                <w:lang w:val="pl-PL"/>
              </w:rPr>
            </w:pPr>
          </w:p>
        </w:tc>
        <w:tc>
          <w:tcPr>
            <w:tcW w:w="7200" w:type="dxa"/>
            <w:gridSpan w:val="2"/>
            <w:tcMar>
              <w:top w:w="0" w:type="dxa"/>
              <w:left w:w="20" w:type="dxa"/>
              <w:bottom w:w="30" w:type="dxa"/>
              <w:right w:w="20" w:type="dxa"/>
            </w:tcMar>
            <w:vAlign w:val="center"/>
          </w:tcPr>
          <w:p w14:paraId="36217FCD" w14:textId="281453B1" w:rsidR="00461D4D" w:rsidRPr="00691A6D" w:rsidRDefault="00461D4D">
            <w:pPr>
              <w:spacing w:after="0"/>
              <w:jc w:val="center"/>
              <w:rPr>
                <w:lang w:val="pl-PL"/>
              </w:rPr>
            </w:pPr>
          </w:p>
        </w:tc>
        <w:tc>
          <w:tcPr>
            <w:tcW w:w="1512" w:type="dxa"/>
            <w:tcMar>
              <w:top w:w="0" w:type="dxa"/>
              <w:left w:w="20" w:type="dxa"/>
              <w:bottom w:w="30" w:type="dxa"/>
              <w:right w:w="20" w:type="dxa"/>
            </w:tcMar>
            <w:vAlign w:val="center"/>
          </w:tcPr>
          <w:p w14:paraId="3E309A90" w14:textId="77777777" w:rsidR="00461D4D" w:rsidRPr="00691A6D" w:rsidRDefault="00461D4D">
            <w:pPr>
              <w:rPr>
                <w:lang w:val="pl-PL"/>
              </w:rPr>
            </w:pPr>
          </w:p>
        </w:tc>
      </w:tr>
      <w:tr w:rsidR="00461D4D" w:rsidRPr="00691A6D" w14:paraId="12BF2E48" w14:textId="77777777">
        <w:trPr>
          <w:jc w:val="center"/>
        </w:trPr>
        <w:tc>
          <w:tcPr>
            <w:tcW w:w="4975" w:type="dxa"/>
            <w:gridSpan w:val="2"/>
            <w:tcMar>
              <w:top w:w="30" w:type="dxa"/>
              <w:left w:w="0" w:type="dxa"/>
              <w:bottom w:w="40" w:type="dxa"/>
              <w:right w:w="0" w:type="dxa"/>
            </w:tcMar>
          </w:tcPr>
          <w:p w14:paraId="2E6D4DB9" w14:textId="34725E4B" w:rsidR="00461D4D" w:rsidRPr="00691A6D" w:rsidRDefault="00C731BE">
            <w:pPr>
              <w:rPr>
                <w:bCs/>
                <w:lang w:val="pl-PL"/>
              </w:rPr>
            </w:pPr>
            <w:r w:rsidRPr="00691A6D">
              <w:rPr>
                <w:bCs/>
                <w:sz w:val="20"/>
                <w:lang w:val="pl-PL"/>
              </w:rPr>
              <w:t xml:space="preserve">Znak sprawy: </w:t>
            </w:r>
            <w:r w:rsidR="00086EFC">
              <w:rPr>
                <w:bCs/>
                <w:sz w:val="20"/>
                <w:lang w:val="pl-PL"/>
              </w:rPr>
              <w:t>AG.333.127.2026</w:t>
            </w:r>
          </w:p>
        </w:tc>
        <w:tc>
          <w:tcPr>
            <w:tcW w:w="4975" w:type="dxa"/>
            <w:gridSpan w:val="3"/>
            <w:tcMar>
              <w:top w:w="30" w:type="dxa"/>
              <w:left w:w="0" w:type="dxa"/>
              <w:bottom w:w="40" w:type="dxa"/>
              <w:right w:w="0" w:type="dxa"/>
            </w:tcMar>
          </w:tcPr>
          <w:p w14:paraId="324B6DC7" w14:textId="77777777" w:rsidR="00461D4D" w:rsidRPr="00691A6D" w:rsidRDefault="00C731BE">
            <w:pPr>
              <w:jc w:val="right"/>
              <w:rPr>
                <w:bCs/>
                <w:lang w:val="pl-PL"/>
              </w:rPr>
            </w:pPr>
            <w:r w:rsidRPr="00691A6D">
              <w:rPr>
                <w:bCs/>
                <w:sz w:val="20"/>
                <w:lang w:val="pl-PL"/>
              </w:rPr>
              <w:t>Załącznik nr 1</w:t>
            </w:r>
          </w:p>
        </w:tc>
      </w:tr>
    </w:tbl>
    <w:p w14:paraId="4B5F4278" w14:textId="77777777" w:rsidR="00461D4D" w:rsidRPr="00691A6D" w:rsidRDefault="00C731BE">
      <w:pPr>
        <w:pStyle w:val="Tytu"/>
        <w:spacing w:after="40"/>
        <w:jc w:val="center"/>
        <w:rPr>
          <w:lang w:val="pl-PL"/>
        </w:rPr>
      </w:pPr>
      <w:r w:rsidRPr="00691A6D">
        <w:rPr>
          <w:lang w:val="pl-PL"/>
        </w:rPr>
        <w:t>FORMULARZ OFERTOWY</w:t>
      </w:r>
    </w:p>
    <w:p w14:paraId="2085C5EB" w14:textId="77777777" w:rsidR="00461D4D" w:rsidRPr="00691A6D" w:rsidRDefault="00C731BE">
      <w:pPr>
        <w:spacing w:after="200"/>
        <w:jc w:val="center"/>
        <w:rPr>
          <w:lang w:val="pl-PL"/>
        </w:rPr>
      </w:pPr>
      <w:r w:rsidRPr="00691A6D">
        <w:rPr>
          <w:b/>
          <w:sz w:val="24"/>
          <w:lang w:val="pl-PL"/>
        </w:rPr>
        <w:t>na dostawę opon zimowych i całorocznych</w:t>
      </w:r>
    </w:p>
    <w:p w14:paraId="4706976C" w14:textId="77777777" w:rsidR="00461D4D" w:rsidRPr="00691A6D" w:rsidRDefault="00C731BE" w:rsidP="00691A6D">
      <w:pPr>
        <w:jc w:val="both"/>
        <w:rPr>
          <w:lang w:val="pl-PL"/>
        </w:rPr>
      </w:pPr>
      <w:r w:rsidRPr="00691A6D">
        <w:rPr>
          <w:lang w:val="pl-PL"/>
        </w:rPr>
        <w:t>Wykonawca składa ofertę na wszystkie cztery pozycje. Dla pozycji nr 1–3 należy potwierdzić zaoferowanie wskazanego modelu Michelin w wymaganym rozmiarze. Szczegółowe dane producenta i parametry należy podać wyłącznie dla pozycji nr 4.</w:t>
      </w:r>
    </w:p>
    <w:p w14:paraId="62EBD5E9" w14:textId="77777777" w:rsidR="00461D4D" w:rsidRPr="00691A6D" w:rsidRDefault="00C731BE">
      <w:pPr>
        <w:pStyle w:val="Nagwek1"/>
        <w:rPr>
          <w:lang w:val="pl-PL"/>
        </w:rPr>
      </w:pPr>
      <w:r w:rsidRPr="00691A6D">
        <w:rPr>
          <w:lang w:val="pl-PL"/>
        </w:rPr>
        <w:t>1 Dane Wykonawcy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096"/>
        <w:gridCol w:w="6840"/>
      </w:tblGrid>
      <w:tr w:rsidR="00461D4D" w:rsidRPr="00691A6D" w14:paraId="7F4951A5" w14:textId="77777777" w:rsidTr="00691A6D">
        <w:tc>
          <w:tcPr>
            <w:tcW w:w="3096" w:type="dxa"/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C7A3705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b/>
                <w:lang w:val="pl-PL"/>
              </w:rPr>
              <w:t>Nazwa Wykonawcy</w:t>
            </w:r>
          </w:p>
        </w:tc>
        <w:tc>
          <w:tcPr>
            <w:tcW w:w="6840" w:type="dxa"/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79D7975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lang w:val="pl-PL"/>
              </w:rPr>
              <w:t>…………………………………………………………………………</w:t>
            </w:r>
          </w:p>
        </w:tc>
      </w:tr>
      <w:tr w:rsidR="00461D4D" w:rsidRPr="00691A6D" w14:paraId="41BEA0A6" w14:textId="77777777" w:rsidTr="00691A6D">
        <w:tc>
          <w:tcPr>
            <w:tcW w:w="3096" w:type="dxa"/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ACE2678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b/>
                <w:lang w:val="pl-PL"/>
              </w:rPr>
              <w:t>Adres</w:t>
            </w:r>
          </w:p>
        </w:tc>
        <w:tc>
          <w:tcPr>
            <w:tcW w:w="6840" w:type="dxa"/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1A6A96E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lang w:val="pl-PL"/>
              </w:rPr>
              <w:t>…………………………………………………………………………</w:t>
            </w:r>
          </w:p>
        </w:tc>
      </w:tr>
      <w:tr w:rsidR="00461D4D" w:rsidRPr="00691A6D" w14:paraId="34C4B2D7" w14:textId="77777777" w:rsidTr="00691A6D">
        <w:tc>
          <w:tcPr>
            <w:tcW w:w="3096" w:type="dxa"/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925E947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b/>
                <w:lang w:val="pl-PL"/>
              </w:rPr>
              <w:t>NIP  REGON</w:t>
            </w:r>
          </w:p>
        </w:tc>
        <w:tc>
          <w:tcPr>
            <w:tcW w:w="6840" w:type="dxa"/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E7334FD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lang w:val="pl-PL"/>
              </w:rPr>
              <w:t>…………………………………………………………………………</w:t>
            </w:r>
          </w:p>
        </w:tc>
      </w:tr>
      <w:tr w:rsidR="00461D4D" w:rsidRPr="00691A6D" w14:paraId="2C70E070" w14:textId="77777777" w:rsidTr="00691A6D">
        <w:tc>
          <w:tcPr>
            <w:tcW w:w="3096" w:type="dxa"/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90DAF47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b/>
                <w:lang w:val="pl-PL"/>
              </w:rPr>
              <w:t>Osoba do kontaktu</w:t>
            </w:r>
          </w:p>
        </w:tc>
        <w:tc>
          <w:tcPr>
            <w:tcW w:w="6840" w:type="dxa"/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D0A3A72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lang w:val="pl-PL"/>
              </w:rPr>
              <w:t>…………………………………………………………………………</w:t>
            </w:r>
          </w:p>
        </w:tc>
      </w:tr>
      <w:tr w:rsidR="00461D4D" w:rsidRPr="00691A6D" w14:paraId="6D5ED10F" w14:textId="77777777" w:rsidTr="00691A6D">
        <w:tc>
          <w:tcPr>
            <w:tcW w:w="3096" w:type="dxa"/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15EE4EF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b/>
                <w:lang w:val="pl-PL"/>
              </w:rPr>
              <w:t>Telefon i e-mail</w:t>
            </w:r>
          </w:p>
        </w:tc>
        <w:tc>
          <w:tcPr>
            <w:tcW w:w="6840" w:type="dxa"/>
            <w:shd w:val="clear" w:color="auto" w:fill="FFFFFF" w:themeFill="background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08159CD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lang w:val="pl-PL"/>
              </w:rPr>
              <w:t>…………………………………………………………………………</w:t>
            </w:r>
          </w:p>
        </w:tc>
      </w:tr>
    </w:tbl>
    <w:p w14:paraId="69870BA5" w14:textId="77777777" w:rsidR="00461D4D" w:rsidRPr="00691A6D" w:rsidRDefault="00C731BE">
      <w:pPr>
        <w:pStyle w:val="Nagwek1"/>
        <w:rPr>
          <w:lang w:val="pl-PL"/>
        </w:rPr>
      </w:pPr>
      <w:r w:rsidRPr="00691A6D">
        <w:rPr>
          <w:lang w:val="pl-PL"/>
        </w:rPr>
        <w:t>2 Oferowane opony</w:t>
      </w:r>
    </w:p>
    <w:p w14:paraId="7CD69D6B" w14:textId="77777777" w:rsidR="00461D4D" w:rsidRPr="00691A6D" w:rsidRDefault="00C731BE">
      <w:pPr>
        <w:keepNext/>
        <w:rPr>
          <w:lang w:val="pl-PL"/>
        </w:rPr>
      </w:pPr>
      <w:r w:rsidRPr="00691A6D">
        <w:rPr>
          <w:b/>
          <w:lang w:val="pl-PL"/>
        </w:rPr>
        <w:t>Pozycje nr 1–3  opony Michelin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3168"/>
        <w:gridCol w:w="936"/>
        <w:gridCol w:w="3096"/>
        <w:gridCol w:w="2232"/>
      </w:tblGrid>
      <w:tr w:rsidR="00461D4D" w:rsidRPr="00691A6D" w14:paraId="1B7473B6" w14:textId="77777777">
        <w:trPr>
          <w:tblHeader/>
          <w:jc w:val="center"/>
        </w:trPr>
        <w:tc>
          <w:tcPr>
            <w:tcW w:w="504" w:type="dxa"/>
            <w:shd w:val="clear" w:color="auto" w:fill="D9EA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6201F7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b/>
                <w:sz w:val="17"/>
                <w:lang w:val="pl-PL"/>
              </w:rPr>
              <w:t>Lp.</w:t>
            </w:r>
          </w:p>
        </w:tc>
        <w:tc>
          <w:tcPr>
            <w:tcW w:w="3168" w:type="dxa"/>
            <w:shd w:val="clear" w:color="auto" w:fill="D9EA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F23061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b/>
                <w:sz w:val="17"/>
                <w:lang w:val="pl-PL"/>
              </w:rPr>
              <w:t>Rodzaj i rozmiar opony</w:t>
            </w:r>
          </w:p>
        </w:tc>
        <w:tc>
          <w:tcPr>
            <w:tcW w:w="936" w:type="dxa"/>
            <w:shd w:val="clear" w:color="auto" w:fill="D9EA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36D64D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b/>
                <w:sz w:val="17"/>
                <w:lang w:val="pl-PL"/>
              </w:rPr>
              <w:t>Ilość</w:t>
            </w:r>
          </w:p>
        </w:tc>
        <w:tc>
          <w:tcPr>
            <w:tcW w:w="3096" w:type="dxa"/>
            <w:shd w:val="clear" w:color="auto" w:fill="D9EA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C81261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b/>
                <w:sz w:val="17"/>
                <w:lang w:val="pl-PL"/>
              </w:rPr>
              <w:t>Wymagany producent i model</w:t>
            </w:r>
          </w:p>
        </w:tc>
        <w:tc>
          <w:tcPr>
            <w:tcW w:w="2232" w:type="dxa"/>
            <w:shd w:val="clear" w:color="auto" w:fill="D9EA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75D4E0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b/>
                <w:sz w:val="17"/>
                <w:lang w:val="pl-PL"/>
              </w:rPr>
              <w:t>Potwierdzenie Wykonawcy</w:t>
            </w:r>
          </w:p>
        </w:tc>
      </w:tr>
      <w:tr w:rsidR="00461D4D" w:rsidRPr="00691A6D" w14:paraId="68FE9DE2" w14:textId="77777777">
        <w:trPr>
          <w:jc w:val="center"/>
        </w:trPr>
        <w:tc>
          <w:tcPr>
            <w:tcW w:w="50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87DAE4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7"/>
                <w:lang w:val="pl-PL"/>
              </w:rPr>
              <w:t>1</w:t>
            </w:r>
          </w:p>
        </w:tc>
        <w:tc>
          <w:tcPr>
            <w:tcW w:w="316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E54B7F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7"/>
                <w:lang w:val="pl-PL"/>
              </w:rPr>
              <w:t>zimowa dostawcza 235/65 R16C</w:t>
            </w:r>
          </w:p>
        </w:tc>
        <w:tc>
          <w:tcPr>
            <w:tcW w:w="93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8E2BD7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7"/>
                <w:lang w:val="pl-PL"/>
              </w:rPr>
              <w:t>28 szt.</w:t>
            </w:r>
          </w:p>
        </w:tc>
        <w:tc>
          <w:tcPr>
            <w:tcW w:w="309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34B5BE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7"/>
                <w:lang w:val="pl-PL"/>
              </w:rPr>
              <w:t>Michelin Agilis Alpin</w:t>
            </w:r>
          </w:p>
        </w:tc>
        <w:tc>
          <w:tcPr>
            <w:tcW w:w="223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2CFD4F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7"/>
                <w:lang w:val="pl-PL"/>
              </w:rPr>
              <w:t>TAK / NIE</w:t>
            </w:r>
          </w:p>
        </w:tc>
      </w:tr>
      <w:tr w:rsidR="00461D4D" w:rsidRPr="00691A6D" w14:paraId="45628376" w14:textId="77777777">
        <w:trPr>
          <w:jc w:val="center"/>
        </w:trPr>
        <w:tc>
          <w:tcPr>
            <w:tcW w:w="504" w:type="dxa"/>
            <w:shd w:val="clear" w:color="auto" w:fill="F3F8F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FBCD4F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7"/>
                <w:lang w:val="pl-PL"/>
              </w:rPr>
              <w:t>2</w:t>
            </w:r>
          </w:p>
        </w:tc>
        <w:tc>
          <w:tcPr>
            <w:tcW w:w="3168" w:type="dxa"/>
            <w:shd w:val="clear" w:color="auto" w:fill="F3F8F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FFF9E1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7"/>
                <w:lang w:val="pl-PL"/>
              </w:rPr>
              <w:t>zimowa dostawcza 205/75 R16C</w:t>
            </w:r>
          </w:p>
        </w:tc>
        <w:tc>
          <w:tcPr>
            <w:tcW w:w="936" w:type="dxa"/>
            <w:shd w:val="clear" w:color="auto" w:fill="F3F8F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F22370F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7"/>
                <w:lang w:val="pl-PL"/>
              </w:rPr>
              <w:t>6 szt.</w:t>
            </w:r>
          </w:p>
        </w:tc>
        <w:tc>
          <w:tcPr>
            <w:tcW w:w="3096" w:type="dxa"/>
            <w:shd w:val="clear" w:color="auto" w:fill="F3F8F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A6F9EA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7"/>
                <w:lang w:val="pl-PL"/>
              </w:rPr>
              <w:t>Michelin Agilis Alpin</w:t>
            </w:r>
          </w:p>
        </w:tc>
        <w:tc>
          <w:tcPr>
            <w:tcW w:w="2232" w:type="dxa"/>
            <w:shd w:val="clear" w:color="auto" w:fill="F3F8F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CE5A14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7"/>
                <w:lang w:val="pl-PL"/>
              </w:rPr>
              <w:t>TAK / NIE</w:t>
            </w:r>
          </w:p>
        </w:tc>
      </w:tr>
      <w:tr w:rsidR="00461D4D" w:rsidRPr="00691A6D" w14:paraId="33CDB839" w14:textId="77777777">
        <w:trPr>
          <w:jc w:val="center"/>
        </w:trPr>
        <w:tc>
          <w:tcPr>
            <w:tcW w:w="50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5A29AB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7"/>
                <w:lang w:val="pl-PL"/>
              </w:rPr>
              <w:t>3</w:t>
            </w:r>
          </w:p>
        </w:tc>
        <w:tc>
          <w:tcPr>
            <w:tcW w:w="316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FD8339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7"/>
                <w:lang w:val="pl-PL"/>
              </w:rPr>
              <w:t>całoroczna dostawcza 235/65 R16C</w:t>
            </w:r>
          </w:p>
        </w:tc>
        <w:tc>
          <w:tcPr>
            <w:tcW w:w="93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A01685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7"/>
                <w:lang w:val="pl-PL"/>
              </w:rPr>
              <w:t>12 szt.</w:t>
            </w:r>
          </w:p>
        </w:tc>
        <w:tc>
          <w:tcPr>
            <w:tcW w:w="309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8CCD0D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7"/>
                <w:lang w:val="pl-PL"/>
              </w:rPr>
              <w:t>Michelin Agilis CrossClimate</w:t>
            </w:r>
          </w:p>
        </w:tc>
        <w:tc>
          <w:tcPr>
            <w:tcW w:w="223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A3324D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7"/>
                <w:lang w:val="pl-PL"/>
              </w:rPr>
              <w:t>TAK / NIE</w:t>
            </w:r>
          </w:p>
        </w:tc>
      </w:tr>
    </w:tbl>
    <w:p w14:paraId="76212D1C" w14:textId="33DB71DB" w:rsidR="00461D4D" w:rsidRPr="00691A6D" w:rsidRDefault="00C731BE" w:rsidP="00691A6D">
      <w:pPr>
        <w:jc w:val="both"/>
        <w:rPr>
          <w:lang w:val="pl-PL"/>
        </w:rPr>
      </w:pPr>
      <w:r w:rsidRPr="00691A6D">
        <w:rPr>
          <w:lang w:val="pl-PL"/>
        </w:rPr>
        <w:t xml:space="preserve">Wpisanie „TAK” oznacza potwierdzenie zaoferowania dokładnie wskazanego producenta i modelu </w:t>
      </w:r>
      <w:r w:rsidR="00691A6D" w:rsidRPr="00691A6D">
        <w:rPr>
          <w:lang w:val="pl-PL"/>
        </w:rPr>
        <w:t xml:space="preserve">            </w:t>
      </w:r>
      <w:r w:rsidRPr="00691A6D">
        <w:rPr>
          <w:lang w:val="pl-PL"/>
        </w:rPr>
        <w:t>w wymaganym rozmiarze oraz spełnienia wszystkich wymagań określonych w zaproszeniu.</w:t>
      </w:r>
    </w:p>
    <w:p w14:paraId="2D1403E6" w14:textId="77777777" w:rsidR="00691A6D" w:rsidRDefault="00691A6D" w:rsidP="00691A6D">
      <w:pPr>
        <w:rPr>
          <w:lang w:val="pl-PL"/>
        </w:rPr>
      </w:pPr>
    </w:p>
    <w:p w14:paraId="4B6B3D52" w14:textId="48C79E62" w:rsidR="00461D4D" w:rsidRPr="00691A6D" w:rsidRDefault="00C731BE" w:rsidP="00691A6D">
      <w:pPr>
        <w:rPr>
          <w:b/>
          <w:bCs/>
          <w:lang w:val="pl-PL"/>
        </w:rPr>
      </w:pPr>
      <w:r w:rsidRPr="00691A6D">
        <w:rPr>
          <w:b/>
          <w:bCs/>
          <w:lang w:val="pl-PL"/>
        </w:rPr>
        <w:t>Pozycja 4  Opona całoroczna osobowa 185/65 R15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343"/>
        <w:gridCol w:w="5593"/>
      </w:tblGrid>
      <w:tr w:rsidR="00461D4D" w:rsidRPr="00691A6D" w14:paraId="01BC65EF" w14:textId="77777777" w:rsidTr="00691A6D">
        <w:tc>
          <w:tcPr>
            <w:tcW w:w="4343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C1C40A3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Ilość</w:t>
            </w:r>
          </w:p>
        </w:tc>
        <w:tc>
          <w:tcPr>
            <w:tcW w:w="5593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2E8A2DB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4 szt.</w:t>
            </w:r>
          </w:p>
        </w:tc>
      </w:tr>
      <w:tr w:rsidR="00461D4D" w:rsidRPr="00691A6D" w14:paraId="78F2086E" w14:textId="77777777" w:rsidTr="00691A6D">
        <w:tc>
          <w:tcPr>
            <w:tcW w:w="4343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39F220B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Wymagany producent i model</w:t>
            </w:r>
          </w:p>
        </w:tc>
        <w:tc>
          <w:tcPr>
            <w:tcW w:w="5593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AE9DDE1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dowolny producent i model spełniający wymagania</w:t>
            </w:r>
          </w:p>
        </w:tc>
      </w:tr>
      <w:tr w:rsidR="00461D4D" w:rsidRPr="00691A6D" w14:paraId="0E5F266C" w14:textId="77777777" w:rsidTr="00691A6D">
        <w:tc>
          <w:tcPr>
            <w:tcW w:w="4343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83A625D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Minimalny indeks nośności i prędkości</w:t>
            </w:r>
          </w:p>
        </w:tc>
        <w:tc>
          <w:tcPr>
            <w:tcW w:w="5593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2DC741B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co najmniej 88 T</w:t>
            </w:r>
          </w:p>
        </w:tc>
      </w:tr>
      <w:tr w:rsidR="00461D4D" w:rsidRPr="00691A6D" w14:paraId="7A22D3BE" w14:textId="77777777" w:rsidTr="00691A6D">
        <w:tc>
          <w:tcPr>
            <w:tcW w:w="4343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351C563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Efektywność paliwowa</w:t>
            </w:r>
          </w:p>
        </w:tc>
        <w:tc>
          <w:tcPr>
            <w:tcW w:w="5593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0E6419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klasa D lub lepsza</w:t>
            </w:r>
          </w:p>
        </w:tc>
      </w:tr>
      <w:tr w:rsidR="00461D4D" w:rsidRPr="00691A6D" w14:paraId="0454B7D3" w14:textId="77777777" w:rsidTr="00691A6D">
        <w:tc>
          <w:tcPr>
            <w:tcW w:w="4343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52216DD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Przyczepność na mokrej nawierzchni</w:t>
            </w:r>
          </w:p>
        </w:tc>
        <w:tc>
          <w:tcPr>
            <w:tcW w:w="5593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7D3D30F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klasa B lub lepsza</w:t>
            </w:r>
          </w:p>
        </w:tc>
      </w:tr>
      <w:tr w:rsidR="00461D4D" w:rsidRPr="00691A6D" w14:paraId="225D6623" w14:textId="77777777" w:rsidTr="00691A6D">
        <w:tc>
          <w:tcPr>
            <w:tcW w:w="4343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11CD72B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Hałas zewnętrzny</w:t>
            </w:r>
          </w:p>
        </w:tc>
        <w:tc>
          <w:tcPr>
            <w:tcW w:w="5593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A776B56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maks. 72 dB</w:t>
            </w:r>
          </w:p>
        </w:tc>
      </w:tr>
      <w:tr w:rsidR="00461D4D" w:rsidRPr="00691A6D" w14:paraId="7E9F1E17" w14:textId="77777777" w:rsidTr="00691A6D">
        <w:tc>
          <w:tcPr>
            <w:tcW w:w="4343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424006A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Pozostałe wymagania</w:t>
            </w:r>
          </w:p>
        </w:tc>
        <w:tc>
          <w:tcPr>
            <w:tcW w:w="5593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430C916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3PMSF i M+S; homologacja E/e; rejestracja EPREL; produkcja nie wcześniej niż 12 miesięcy przed dostawą</w:t>
            </w:r>
          </w:p>
        </w:tc>
      </w:tr>
      <w:tr w:rsidR="00461D4D" w:rsidRPr="00691A6D" w14:paraId="41A1374A" w14:textId="77777777" w:rsidTr="00691A6D">
        <w:tc>
          <w:tcPr>
            <w:tcW w:w="4343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9525509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Pełne oznaczenie oferowanego modelu</w:t>
            </w:r>
          </w:p>
        </w:tc>
        <w:tc>
          <w:tcPr>
            <w:tcW w:w="5593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6951DB4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……………………………………………………</w:t>
            </w:r>
          </w:p>
        </w:tc>
      </w:tr>
      <w:tr w:rsidR="00461D4D" w:rsidRPr="00691A6D" w14:paraId="1D0CACCB" w14:textId="77777777" w:rsidTr="00691A6D">
        <w:tc>
          <w:tcPr>
            <w:tcW w:w="4343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0D2F4DD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Oferowany indeks nośności i prędkości</w:t>
            </w:r>
          </w:p>
        </w:tc>
        <w:tc>
          <w:tcPr>
            <w:tcW w:w="5593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8089A1B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……………………………………………………</w:t>
            </w:r>
          </w:p>
        </w:tc>
      </w:tr>
      <w:tr w:rsidR="00461D4D" w:rsidRPr="00691A6D" w14:paraId="1735EDDD" w14:textId="77777777" w:rsidTr="00691A6D">
        <w:tc>
          <w:tcPr>
            <w:tcW w:w="4343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A4D96F4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Klasy etykiety UE paliwo mokra nawierzchnia hałas</w:t>
            </w:r>
          </w:p>
        </w:tc>
        <w:tc>
          <w:tcPr>
            <w:tcW w:w="5593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DA4D2C0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……………………………………………………</w:t>
            </w:r>
          </w:p>
        </w:tc>
      </w:tr>
      <w:tr w:rsidR="00461D4D" w:rsidRPr="00691A6D" w14:paraId="402B9F1B" w14:textId="77777777" w:rsidTr="00691A6D">
        <w:tc>
          <w:tcPr>
            <w:tcW w:w="4343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AF2F029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Numer EPREL albo link do karty produktu</w:t>
            </w:r>
          </w:p>
        </w:tc>
        <w:tc>
          <w:tcPr>
            <w:tcW w:w="5593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4F40334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8"/>
                <w:lang w:val="pl-PL"/>
              </w:rPr>
              <w:t>……………………………………………………</w:t>
            </w:r>
          </w:p>
        </w:tc>
      </w:tr>
    </w:tbl>
    <w:p w14:paraId="6483B802" w14:textId="77777777" w:rsidR="00461D4D" w:rsidRPr="00691A6D" w:rsidRDefault="00C731BE">
      <w:pPr>
        <w:pStyle w:val="Nagwek1"/>
        <w:rPr>
          <w:lang w:val="pl-PL"/>
        </w:rPr>
      </w:pPr>
      <w:r w:rsidRPr="00691A6D">
        <w:rPr>
          <w:lang w:val="pl-PL"/>
        </w:rPr>
        <w:lastRenderedPageBreak/>
        <w:t>3 Kalkulacja ceny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4167"/>
        <w:gridCol w:w="992"/>
        <w:gridCol w:w="1753"/>
        <w:gridCol w:w="792"/>
        <w:gridCol w:w="1728"/>
      </w:tblGrid>
      <w:tr w:rsidR="00461D4D" w:rsidRPr="00691A6D" w14:paraId="3E589621" w14:textId="77777777" w:rsidTr="003C196C">
        <w:trPr>
          <w:tblHeader/>
          <w:jc w:val="center"/>
        </w:trPr>
        <w:tc>
          <w:tcPr>
            <w:tcW w:w="504" w:type="dxa"/>
            <w:shd w:val="clear" w:color="auto" w:fill="D9EA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36FF77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b/>
                <w:sz w:val="16"/>
                <w:lang w:val="pl-PL"/>
              </w:rPr>
              <w:t>Lp.</w:t>
            </w:r>
          </w:p>
        </w:tc>
        <w:tc>
          <w:tcPr>
            <w:tcW w:w="4167" w:type="dxa"/>
            <w:shd w:val="clear" w:color="auto" w:fill="D9EA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F350CB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b/>
                <w:sz w:val="16"/>
                <w:lang w:val="pl-PL"/>
              </w:rPr>
              <w:t>Przedmiot</w:t>
            </w:r>
          </w:p>
        </w:tc>
        <w:tc>
          <w:tcPr>
            <w:tcW w:w="992" w:type="dxa"/>
            <w:shd w:val="clear" w:color="auto" w:fill="D9EA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6F706A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b/>
                <w:sz w:val="16"/>
                <w:lang w:val="pl-PL"/>
              </w:rPr>
              <w:t>Ilość</w:t>
            </w:r>
          </w:p>
        </w:tc>
        <w:tc>
          <w:tcPr>
            <w:tcW w:w="1753" w:type="dxa"/>
            <w:shd w:val="clear" w:color="auto" w:fill="D9EA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383EDD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b/>
                <w:sz w:val="16"/>
                <w:lang w:val="pl-PL"/>
              </w:rPr>
              <w:t>Cena jedn. netto</w:t>
            </w:r>
          </w:p>
        </w:tc>
        <w:tc>
          <w:tcPr>
            <w:tcW w:w="792" w:type="dxa"/>
            <w:shd w:val="clear" w:color="auto" w:fill="D9EA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D09281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b/>
                <w:sz w:val="16"/>
                <w:lang w:val="pl-PL"/>
              </w:rPr>
              <w:t>VAT %</w:t>
            </w:r>
          </w:p>
        </w:tc>
        <w:tc>
          <w:tcPr>
            <w:tcW w:w="1728" w:type="dxa"/>
            <w:shd w:val="clear" w:color="auto" w:fill="D9EA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914031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b/>
                <w:sz w:val="16"/>
                <w:lang w:val="pl-PL"/>
              </w:rPr>
              <w:t>Wartość brutto</w:t>
            </w:r>
          </w:p>
        </w:tc>
      </w:tr>
      <w:tr w:rsidR="00461D4D" w:rsidRPr="00691A6D" w14:paraId="193E91B9" w14:textId="77777777" w:rsidTr="003C196C">
        <w:trPr>
          <w:jc w:val="center"/>
        </w:trPr>
        <w:tc>
          <w:tcPr>
            <w:tcW w:w="50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84536B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1</w:t>
            </w:r>
          </w:p>
        </w:tc>
        <w:tc>
          <w:tcPr>
            <w:tcW w:w="4167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810B22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Zimowa dostawcza 235/65 R16C Michelin Agilis Alpin</w:t>
            </w:r>
          </w:p>
        </w:tc>
        <w:tc>
          <w:tcPr>
            <w:tcW w:w="99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94FA55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28 szt.</w:t>
            </w:r>
          </w:p>
        </w:tc>
        <w:tc>
          <w:tcPr>
            <w:tcW w:w="17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5466B2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………………… zł</w:t>
            </w:r>
          </w:p>
        </w:tc>
        <w:tc>
          <w:tcPr>
            <w:tcW w:w="79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F49002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………</w:t>
            </w:r>
          </w:p>
        </w:tc>
        <w:tc>
          <w:tcPr>
            <w:tcW w:w="17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45724C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………………… zł</w:t>
            </w:r>
          </w:p>
        </w:tc>
      </w:tr>
      <w:tr w:rsidR="00461D4D" w:rsidRPr="00691A6D" w14:paraId="4CC4ED08" w14:textId="77777777" w:rsidTr="003C196C">
        <w:trPr>
          <w:jc w:val="center"/>
        </w:trPr>
        <w:tc>
          <w:tcPr>
            <w:tcW w:w="504" w:type="dxa"/>
            <w:shd w:val="clear" w:color="auto" w:fill="F3F8F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691DF5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2</w:t>
            </w:r>
          </w:p>
        </w:tc>
        <w:tc>
          <w:tcPr>
            <w:tcW w:w="4167" w:type="dxa"/>
            <w:shd w:val="clear" w:color="auto" w:fill="F3F8F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AEF8E0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Zimowa dostawcza 205/75 R16C Michelin Agilis Alpin</w:t>
            </w:r>
          </w:p>
        </w:tc>
        <w:tc>
          <w:tcPr>
            <w:tcW w:w="992" w:type="dxa"/>
            <w:shd w:val="clear" w:color="auto" w:fill="F3F8F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28E7E0B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6 szt.</w:t>
            </w:r>
          </w:p>
        </w:tc>
        <w:tc>
          <w:tcPr>
            <w:tcW w:w="1753" w:type="dxa"/>
            <w:shd w:val="clear" w:color="auto" w:fill="F3F8F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864F93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………………… zł</w:t>
            </w:r>
          </w:p>
        </w:tc>
        <w:tc>
          <w:tcPr>
            <w:tcW w:w="792" w:type="dxa"/>
            <w:shd w:val="clear" w:color="auto" w:fill="F3F8F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EA7A3AD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………</w:t>
            </w:r>
          </w:p>
        </w:tc>
        <w:tc>
          <w:tcPr>
            <w:tcW w:w="1728" w:type="dxa"/>
            <w:shd w:val="clear" w:color="auto" w:fill="F3F8F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3F058E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………………… zł</w:t>
            </w:r>
          </w:p>
        </w:tc>
      </w:tr>
      <w:tr w:rsidR="00461D4D" w:rsidRPr="00691A6D" w14:paraId="7BFF10E1" w14:textId="77777777" w:rsidTr="003C196C">
        <w:trPr>
          <w:jc w:val="center"/>
        </w:trPr>
        <w:tc>
          <w:tcPr>
            <w:tcW w:w="50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C61A95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3</w:t>
            </w:r>
          </w:p>
        </w:tc>
        <w:tc>
          <w:tcPr>
            <w:tcW w:w="4167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F69553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Całoroczna dostawcza 235/65 R16C Michelin Agilis CrossClimate</w:t>
            </w:r>
          </w:p>
        </w:tc>
        <w:tc>
          <w:tcPr>
            <w:tcW w:w="99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CB9122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12 szt.</w:t>
            </w:r>
          </w:p>
        </w:tc>
        <w:tc>
          <w:tcPr>
            <w:tcW w:w="175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8B821E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………………… zł</w:t>
            </w:r>
          </w:p>
        </w:tc>
        <w:tc>
          <w:tcPr>
            <w:tcW w:w="79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0B9EA7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………</w:t>
            </w:r>
          </w:p>
        </w:tc>
        <w:tc>
          <w:tcPr>
            <w:tcW w:w="172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D239C4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………………… zł</w:t>
            </w:r>
          </w:p>
        </w:tc>
      </w:tr>
      <w:tr w:rsidR="00461D4D" w:rsidRPr="00691A6D" w14:paraId="4B91E708" w14:textId="77777777" w:rsidTr="003C196C">
        <w:trPr>
          <w:jc w:val="center"/>
        </w:trPr>
        <w:tc>
          <w:tcPr>
            <w:tcW w:w="504" w:type="dxa"/>
            <w:shd w:val="clear" w:color="auto" w:fill="F3F8F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3379189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4</w:t>
            </w:r>
          </w:p>
        </w:tc>
        <w:tc>
          <w:tcPr>
            <w:tcW w:w="4167" w:type="dxa"/>
            <w:shd w:val="clear" w:color="auto" w:fill="F3F8F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D6E9BF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Całoroczna osobowa 185/65 R15</w:t>
            </w:r>
          </w:p>
        </w:tc>
        <w:tc>
          <w:tcPr>
            <w:tcW w:w="992" w:type="dxa"/>
            <w:shd w:val="clear" w:color="auto" w:fill="F3F8F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D207FA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4 szt.</w:t>
            </w:r>
          </w:p>
        </w:tc>
        <w:tc>
          <w:tcPr>
            <w:tcW w:w="1753" w:type="dxa"/>
            <w:shd w:val="clear" w:color="auto" w:fill="F3F8F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88C626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………………… zł</w:t>
            </w:r>
          </w:p>
        </w:tc>
        <w:tc>
          <w:tcPr>
            <w:tcW w:w="792" w:type="dxa"/>
            <w:shd w:val="clear" w:color="auto" w:fill="F3F8F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265D34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………</w:t>
            </w:r>
          </w:p>
        </w:tc>
        <w:tc>
          <w:tcPr>
            <w:tcW w:w="1728" w:type="dxa"/>
            <w:shd w:val="clear" w:color="auto" w:fill="F3F8F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D2A1B2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………………… zł</w:t>
            </w:r>
          </w:p>
        </w:tc>
      </w:tr>
      <w:tr w:rsidR="00461D4D" w:rsidRPr="00691A6D" w14:paraId="6CD00811" w14:textId="77777777" w:rsidTr="003C196C">
        <w:trPr>
          <w:jc w:val="center"/>
        </w:trPr>
        <w:tc>
          <w:tcPr>
            <w:tcW w:w="8208" w:type="dxa"/>
            <w:gridSpan w:val="5"/>
            <w:shd w:val="clear" w:color="auto" w:fill="D9EA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58EEAE" w14:textId="77777777" w:rsidR="00461D4D" w:rsidRPr="00691A6D" w:rsidRDefault="00C731BE">
            <w:pPr>
              <w:spacing w:after="0" w:line="240" w:lineRule="auto"/>
              <w:jc w:val="right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Łączna cena oferty brutto</w:t>
            </w:r>
          </w:p>
        </w:tc>
        <w:tc>
          <w:tcPr>
            <w:tcW w:w="1728" w:type="dxa"/>
            <w:shd w:val="clear" w:color="auto" w:fill="D9EAF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C95BB4" w14:textId="77777777" w:rsidR="00461D4D" w:rsidRPr="00691A6D" w:rsidRDefault="00C731BE">
            <w:pPr>
              <w:spacing w:after="0" w:line="240" w:lineRule="auto"/>
              <w:jc w:val="center"/>
              <w:rPr>
                <w:lang w:val="pl-PL"/>
              </w:rPr>
            </w:pPr>
            <w:r w:rsidRPr="00691A6D">
              <w:rPr>
                <w:sz w:val="16"/>
                <w:lang w:val="pl-PL"/>
              </w:rPr>
              <w:t>…………………… zł</w:t>
            </w:r>
          </w:p>
        </w:tc>
      </w:tr>
    </w:tbl>
    <w:p w14:paraId="03D261CD" w14:textId="77777777" w:rsidR="00461D4D" w:rsidRPr="00691A6D" w:rsidRDefault="00C731BE">
      <w:pPr>
        <w:rPr>
          <w:lang w:val="pl-PL"/>
        </w:rPr>
      </w:pPr>
      <w:r w:rsidRPr="00691A6D">
        <w:rPr>
          <w:lang w:val="pl-PL"/>
        </w:rPr>
        <w:t>Łączna cena oferty netto: ………………………………… zł</w:t>
      </w:r>
    </w:p>
    <w:p w14:paraId="38FE9F0F" w14:textId="77777777" w:rsidR="00461D4D" w:rsidRPr="00691A6D" w:rsidRDefault="00C731BE">
      <w:pPr>
        <w:rPr>
          <w:lang w:val="pl-PL"/>
        </w:rPr>
      </w:pPr>
      <w:r w:rsidRPr="00691A6D">
        <w:rPr>
          <w:lang w:val="pl-PL"/>
        </w:rPr>
        <w:t>Podatek VAT: ………………………………… zł</w:t>
      </w:r>
    </w:p>
    <w:p w14:paraId="1B28D506" w14:textId="458D9CEF" w:rsidR="00461D4D" w:rsidRPr="00691A6D" w:rsidRDefault="00C731BE">
      <w:pPr>
        <w:rPr>
          <w:lang w:val="pl-PL"/>
        </w:rPr>
      </w:pPr>
      <w:r w:rsidRPr="00691A6D">
        <w:rPr>
          <w:lang w:val="pl-PL"/>
        </w:rPr>
        <w:t>Łączna cena oferty brutto</w:t>
      </w:r>
      <w:r w:rsidR="003C196C">
        <w:rPr>
          <w:lang w:val="pl-PL"/>
        </w:rPr>
        <w:t>: ……………………………….. zł,</w:t>
      </w:r>
      <w:r w:rsidRPr="00691A6D">
        <w:rPr>
          <w:lang w:val="pl-PL"/>
        </w:rPr>
        <w:t xml:space="preserve"> słownie:</w:t>
      </w:r>
      <w:r w:rsidR="003C196C">
        <w:rPr>
          <w:lang w:val="pl-PL"/>
        </w:rPr>
        <w:t xml:space="preserve"> </w:t>
      </w:r>
      <w:r w:rsidRPr="00691A6D">
        <w:rPr>
          <w:lang w:val="pl-PL"/>
        </w:rPr>
        <w:t>………………………………………</w:t>
      </w:r>
    </w:p>
    <w:p w14:paraId="0881011A" w14:textId="77777777" w:rsidR="00461D4D" w:rsidRPr="00691A6D" w:rsidRDefault="00C731BE">
      <w:pPr>
        <w:pStyle w:val="Nagwek1"/>
        <w:rPr>
          <w:lang w:val="pl-PL"/>
        </w:rPr>
      </w:pPr>
      <w:r w:rsidRPr="00691A6D">
        <w:rPr>
          <w:lang w:val="pl-PL"/>
        </w:rPr>
        <w:t>4 Termin dostawy i gwarancja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6840"/>
      </w:tblGrid>
      <w:tr w:rsidR="00461D4D" w:rsidRPr="00691A6D" w14:paraId="58A05251" w14:textId="77777777">
        <w:tc>
          <w:tcPr>
            <w:tcW w:w="3096" w:type="dxa"/>
            <w:shd w:val="clear" w:color="auto" w:fill="D9EA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8140594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b/>
                <w:lang w:val="pl-PL"/>
              </w:rPr>
              <w:t>Termin dostawy</w:t>
            </w:r>
          </w:p>
        </w:tc>
        <w:tc>
          <w:tcPr>
            <w:tcW w:w="68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326F561" w14:textId="62B85FE7" w:rsidR="00461D4D" w:rsidRPr="00691A6D" w:rsidRDefault="00702E45">
            <w:pPr>
              <w:spacing w:after="0" w:line="240" w:lineRule="auto"/>
              <w:rPr>
                <w:lang w:val="pl-PL"/>
              </w:rPr>
            </w:pPr>
            <w:r w:rsidRPr="00702E45">
              <w:t>Termin realizacji każdej dostawy częściowej: ………… dni roboczych od dnia przesłania zamówienia przez Zamawiającego, nie więcej niż 7 dni roboczych. Wszystkie dostawy zostaną zrealizowane najpóźniej do dnia 30 listopada 2026 r</w:t>
            </w:r>
            <w:r w:rsidR="00992298">
              <w:t>.</w:t>
            </w:r>
          </w:p>
        </w:tc>
      </w:tr>
      <w:tr w:rsidR="00461D4D" w:rsidRPr="00691A6D" w14:paraId="3E548FF0" w14:textId="77777777">
        <w:tc>
          <w:tcPr>
            <w:tcW w:w="3096" w:type="dxa"/>
            <w:shd w:val="clear" w:color="auto" w:fill="D9EA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982E397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b/>
                <w:lang w:val="pl-PL"/>
              </w:rPr>
              <w:t>Gwarancja pozycje 1–3</w:t>
            </w:r>
          </w:p>
        </w:tc>
        <w:tc>
          <w:tcPr>
            <w:tcW w:w="68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D61DC7D" w14:textId="7BF81DB6" w:rsidR="00461D4D" w:rsidRPr="00691A6D" w:rsidRDefault="003C196C">
            <w:pPr>
              <w:spacing w:after="0" w:line="240" w:lineRule="auto"/>
              <w:rPr>
                <w:lang w:val="pl-PL"/>
              </w:rPr>
            </w:pPr>
            <w:r>
              <w:rPr>
                <w:lang w:val="pl-PL"/>
              </w:rPr>
              <w:t>…………</w:t>
            </w:r>
            <w:r w:rsidR="00C731BE" w:rsidRPr="00691A6D">
              <w:rPr>
                <w:lang w:val="pl-PL"/>
              </w:rPr>
              <w:t xml:space="preserve"> lat od daty sprzedaży</w:t>
            </w:r>
            <w:r>
              <w:rPr>
                <w:lang w:val="pl-PL"/>
              </w:rPr>
              <w:t>, nie mniej niż 5 lat</w:t>
            </w:r>
            <w:r w:rsidR="00C731BE" w:rsidRPr="00691A6D">
              <w:rPr>
                <w:lang w:val="pl-PL"/>
              </w:rPr>
              <w:t xml:space="preserve"> </w:t>
            </w:r>
            <w:r>
              <w:rPr>
                <w:lang w:val="pl-PL"/>
              </w:rPr>
              <w:t>a</w:t>
            </w:r>
            <w:r w:rsidR="00C731BE" w:rsidRPr="00691A6D">
              <w:rPr>
                <w:lang w:val="pl-PL"/>
              </w:rPr>
              <w:t>lbo do osiągnięcia wskaźnika TWI</w:t>
            </w:r>
          </w:p>
        </w:tc>
      </w:tr>
      <w:tr w:rsidR="00461D4D" w:rsidRPr="00691A6D" w14:paraId="20FB2998" w14:textId="77777777">
        <w:tc>
          <w:tcPr>
            <w:tcW w:w="3096" w:type="dxa"/>
            <w:shd w:val="clear" w:color="auto" w:fill="D9EA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D22AC93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b/>
                <w:lang w:val="pl-PL"/>
              </w:rPr>
              <w:t>Gwarancja pozycja 4</w:t>
            </w:r>
          </w:p>
        </w:tc>
        <w:tc>
          <w:tcPr>
            <w:tcW w:w="68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6435AB2" w14:textId="73D237EC" w:rsidR="00461D4D" w:rsidRPr="00691A6D" w:rsidRDefault="003C196C">
            <w:pPr>
              <w:spacing w:after="0" w:line="240" w:lineRule="auto"/>
              <w:rPr>
                <w:lang w:val="pl-PL"/>
              </w:rPr>
            </w:pPr>
            <w:r>
              <w:rPr>
                <w:lang w:val="pl-PL"/>
              </w:rPr>
              <w:t>………….</w:t>
            </w:r>
            <w:r w:rsidR="00C731BE" w:rsidRPr="00691A6D">
              <w:rPr>
                <w:lang w:val="pl-PL"/>
              </w:rPr>
              <w:t xml:space="preserve"> </w:t>
            </w:r>
            <w:r w:rsidR="00992298">
              <w:rPr>
                <w:lang w:val="pl-PL"/>
              </w:rPr>
              <w:t>m</w:t>
            </w:r>
            <w:r w:rsidR="00C731BE" w:rsidRPr="00691A6D">
              <w:rPr>
                <w:lang w:val="pl-PL"/>
              </w:rPr>
              <w:t>iesi</w:t>
            </w:r>
            <w:r>
              <w:rPr>
                <w:lang w:val="pl-PL"/>
              </w:rPr>
              <w:t>ęcy, nie mniej niż 24 miesiące</w:t>
            </w:r>
          </w:p>
        </w:tc>
      </w:tr>
      <w:tr w:rsidR="00461D4D" w:rsidRPr="00691A6D" w14:paraId="4D3AC5C5" w14:textId="77777777">
        <w:tc>
          <w:tcPr>
            <w:tcW w:w="3096" w:type="dxa"/>
            <w:shd w:val="clear" w:color="auto" w:fill="D9EAF7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E777845" w14:textId="77777777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b/>
                <w:lang w:val="pl-PL"/>
              </w:rPr>
              <w:t>Termin płatności</w:t>
            </w:r>
          </w:p>
        </w:tc>
        <w:tc>
          <w:tcPr>
            <w:tcW w:w="68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84DD6EB" w14:textId="13CAF89B" w:rsidR="00461D4D" w:rsidRPr="00691A6D" w:rsidRDefault="00C731BE">
            <w:pPr>
              <w:spacing w:after="0" w:line="240" w:lineRule="auto"/>
              <w:rPr>
                <w:lang w:val="pl-PL"/>
              </w:rPr>
            </w:pPr>
            <w:r w:rsidRPr="00691A6D">
              <w:rPr>
                <w:lang w:val="pl-PL"/>
              </w:rPr>
              <w:t xml:space="preserve">14 dni od </w:t>
            </w:r>
            <w:r w:rsidR="003C196C">
              <w:rPr>
                <w:lang w:val="pl-PL"/>
              </w:rPr>
              <w:t xml:space="preserve">dnia </w:t>
            </w:r>
            <w:r w:rsidRPr="00691A6D">
              <w:rPr>
                <w:lang w:val="pl-PL"/>
              </w:rPr>
              <w:t>otrzymania prawidłowo wystawionej faktury VAT</w:t>
            </w:r>
          </w:p>
        </w:tc>
      </w:tr>
    </w:tbl>
    <w:p w14:paraId="449DFE0C" w14:textId="77777777" w:rsidR="00461D4D" w:rsidRPr="00691A6D" w:rsidRDefault="00C731BE">
      <w:pPr>
        <w:pStyle w:val="Nagwek1"/>
        <w:rPr>
          <w:lang w:val="pl-PL"/>
        </w:rPr>
      </w:pPr>
      <w:r w:rsidRPr="00691A6D">
        <w:rPr>
          <w:lang w:val="pl-PL"/>
        </w:rPr>
        <w:t>5 Oświadczenia Wykonawcy</w:t>
      </w:r>
    </w:p>
    <w:p w14:paraId="7C27FE1A" w14:textId="77777777" w:rsidR="00461D4D" w:rsidRPr="00691A6D" w:rsidRDefault="00C731BE" w:rsidP="003C196C">
      <w:pPr>
        <w:pStyle w:val="Listapunktowana"/>
        <w:jc w:val="both"/>
        <w:rPr>
          <w:lang w:val="pl-PL"/>
        </w:rPr>
      </w:pPr>
      <w:r w:rsidRPr="00691A6D">
        <w:rPr>
          <w:lang w:val="pl-PL"/>
        </w:rPr>
        <w:t>Oświadczam, że zapoznałem się z treścią zaproszenia i akceptuję wszystkie określone w nim warunki;</w:t>
      </w:r>
    </w:p>
    <w:p w14:paraId="254C334B" w14:textId="0EFF4D0D" w:rsidR="00461D4D" w:rsidRPr="00691A6D" w:rsidRDefault="00C731BE" w:rsidP="003C196C">
      <w:pPr>
        <w:pStyle w:val="Listapunktowana"/>
        <w:jc w:val="both"/>
        <w:rPr>
          <w:lang w:val="pl-PL"/>
        </w:rPr>
      </w:pPr>
      <w:r w:rsidRPr="00691A6D">
        <w:rPr>
          <w:lang w:val="pl-PL"/>
        </w:rPr>
        <w:t xml:space="preserve">Oświadczam, że oferowane opony spełniają wszystkie wymagania Zamawiającego wskazane </w:t>
      </w:r>
      <w:r w:rsidR="003C196C">
        <w:rPr>
          <w:lang w:val="pl-PL"/>
        </w:rPr>
        <w:t xml:space="preserve">            </w:t>
      </w:r>
      <w:r w:rsidRPr="00691A6D">
        <w:rPr>
          <w:lang w:val="pl-PL"/>
        </w:rPr>
        <w:t>w zaproszeniu i niniejszym formularzu;</w:t>
      </w:r>
    </w:p>
    <w:p w14:paraId="775883DB" w14:textId="77777777" w:rsidR="00461D4D" w:rsidRDefault="00C731BE" w:rsidP="003C196C">
      <w:pPr>
        <w:pStyle w:val="Listapunktowana"/>
        <w:jc w:val="both"/>
        <w:rPr>
          <w:lang w:val="pl-PL"/>
        </w:rPr>
      </w:pPr>
      <w:r w:rsidRPr="00691A6D">
        <w:rPr>
          <w:lang w:val="pl-PL"/>
        </w:rPr>
        <w:t>Oświadczam, że cena obejmuje wszystkie koszty realizacji zamówienia, w tym transport, rozładunek, podatki i pozostałe opłaty;</w:t>
      </w:r>
    </w:p>
    <w:p w14:paraId="2B0737DE" w14:textId="69E53570" w:rsidR="00702E45" w:rsidRPr="00691A6D" w:rsidRDefault="00702E45" w:rsidP="003C196C">
      <w:pPr>
        <w:pStyle w:val="Listapunktowana"/>
        <w:jc w:val="both"/>
        <w:rPr>
          <w:lang w:val="pl-PL"/>
        </w:rPr>
      </w:pPr>
      <w:r w:rsidRPr="00702E45">
        <w:t>Oświadczam, że podane w Formularzu ofertowym ceny jednostkowe pozostają niezmienne przez cały okres realizacji zamówienia i obejmują koszty transportu oraz rozładunku wszystkich dostaw częściowych</w:t>
      </w:r>
      <w:r>
        <w:t>;</w:t>
      </w:r>
    </w:p>
    <w:p w14:paraId="19C770EE" w14:textId="77777777" w:rsidR="00461D4D" w:rsidRPr="00691A6D" w:rsidRDefault="00C731BE" w:rsidP="003C196C">
      <w:pPr>
        <w:pStyle w:val="Listapunktowana"/>
        <w:jc w:val="both"/>
        <w:rPr>
          <w:lang w:val="pl-PL"/>
        </w:rPr>
      </w:pPr>
      <w:r w:rsidRPr="00691A6D">
        <w:rPr>
          <w:lang w:val="pl-PL"/>
        </w:rPr>
        <w:t>Oświadczam, że wszystkie opony w ramach danej pozycji będą tego samego producenta, modelu, wzoru bieżnika, indeksów i parametrów;</w:t>
      </w:r>
    </w:p>
    <w:p w14:paraId="1344246B" w14:textId="77777777" w:rsidR="00461D4D" w:rsidRPr="00691A6D" w:rsidRDefault="00C731BE" w:rsidP="003C196C">
      <w:pPr>
        <w:pStyle w:val="Listapunktowana"/>
        <w:jc w:val="both"/>
        <w:rPr>
          <w:lang w:val="pl-PL"/>
        </w:rPr>
      </w:pPr>
      <w:r w:rsidRPr="00691A6D">
        <w:rPr>
          <w:lang w:val="pl-PL"/>
        </w:rPr>
        <w:t>Oświadczam, że opony zostaną dostarczone z datą produkcji nie wcześniejszą niż 12 miesięcy przed datą dostawy;</w:t>
      </w:r>
    </w:p>
    <w:p w14:paraId="3835DB10" w14:textId="77777777" w:rsidR="00461D4D" w:rsidRPr="00691A6D" w:rsidRDefault="00C731BE" w:rsidP="003C196C">
      <w:pPr>
        <w:pStyle w:val="Listapunktowana"/>
        <w:jc w:val="both"/>
        <w:rPr>
          <w:lang w:val="pl-PL"/>
        </w:rPr>
      </w:pPr>
      <w:r w:rsidRPr="00691A6D">
        <w:rPr>
          <w:lang w:val="pl-PL"/>
        </w:rPr>
        <w:t>Oświadczam, że pozostaję związany ofertą przez 30 dni od upływu terminu składania ofert.</w:t>
      </w:r>
    </w:p>
    <w:p w14:paraId="0521C584" w14:textId="77777777" w:rsidR="00461D4D" w:rsidRPr="00691A6D" w:rsidRDefault="00C731BE">
      <w:pPr>
        <w:rPr>
          <w:lang w:val="pl-PL"/>
        </w:rPr>
      </w:pPr>
      <w:r w:rsidRPr="00691A6D">
        <w:rPr>
          <w:lang w:val="pl-PL"/>
        </w:rPr>
        <w:br/>
        <w:t>……………………………………, dnia ………………………… 2026 r.</w:t>
      </w:r>
    </w:p>
    <w:p w14:paraId="7BA2FE1D" w14:textId="77777777" w:rsidR="00461D4D" w:rsidRPr="00691A6D" w:rsidRDefault="00C731BE">
      <w:pPr>
        <w:jc w:val="right"/>
        <w:rPr>
          <w:lang w:val="pl-PL"/>
        </w:rPr>
      </w:pPr>
      <w:r w:rsidRPr="00691A6D">
        <w:rPr>
          <w:lang w:val="pl-PL"/>
        </w:rPr>
        <w:br/>
      </w:r>
      <w:r w:rsidRPr="00691A6D">
        <w:rPr>
          <w:lang w:val="pl-PL"/>
        </w:rPr>
        <w:br/>
        <w:t>…………………………………………………………………………</w:t>
      </w:r>
      <w:r w:rsidRPr="00691A6D">
        <w:rPr>
          <w:lang w:val="pl-PL"/>
        </w:rPr>
        <w:br/>
        <w:t>Podpis osoby uprawnionej do reprezentowania Wykonawcy</w:t>
      </w:r>
    </w:p>
    <w:sectPr w:rsidR="00461D4D" w:rsidRPr="00691A6D" w:rsidSect="00034616">
      <w:headerReference w:type="default" r:id="rId8"/>
      <w:footerReference w:type="default" r:id="rId9"/>
      <w:pgSz w:w="11909" w:h="16834"/>
      <w:pgMar w:top="835" w:right="979" w:bottom="835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9EE31" w14:textId="77777777" w:rsidR="00EE78C0" w:rsidRDefault="00EE78C0">
      <w:pPr>
        <w:spacing w:after="0" w:line="240" w:lineRule="auto"/>
      </w:pPr>
      <w:r>
        <w:separator/>
      </w:r>
    </w:p>
  </w:endnote>
  <w:endnote w:type="continuationSeparator" w:id="0">
    <w:p w14:paraId="7FBCAEC4" w14:textId="77777777" w:rsidR="00EE78C0" w:rsidRDefault="00EE7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DA268" w14:textId="77777777" w:rsidR="00461D4D" w:rsidRDefault="00C731BE">
    <w:pPr>
      <w:pStyle w:val="Stopka"/>
      <w:jc w:val="center"/>
    </w:pPr>
    <w:r>
      <w:rPr>
        <w:sz w:val="16"/>
      </w:rPr>
      <w:t xml:space="preserve">Strona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691A6D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 w:rsidR="00691A6D"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A9088" w14:textId="77777777" w:rsidR="00EE78C0" w:rsidRDefault="00EE78C0">
      <w:pPr>
        <w:spacing w:after="0" w:line="240" w:lineRule="auto"/>
      </w:pPr>
      <w:r>
        <w:separator/>
      </w:r>
    </w:p>
  </w:footnote>
  <w:footnote w:type="continuationSeparator" w:id="0">
    <w:p w14:paraId="23CBE8E0" w14:textId="77777777" w:rsidR="00EE78C0" w:rsidRDefault="00EE7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926B0" w14:textId="42B2B8A0" w:rsidR="00691A6D" w:rsidRDefault="00691A6D">
    <w:pPr>
      <w:pStyle w:val="Nagwek"/>
    </w:pPr>
  </w:p>
  <w:tbl>
    <w:tblPr>
      <w:tblW w:w="0" w:type="auto"/>
      <w:jc w:val="center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Layout w:type="fixed"/>
      <w:tblLook w:val="04A0" w:firstRow="1" w:lastRow="0" w:firstColumn="1" w:lastColumn="0" w:noHBand="0" w:noVBand="1"/>
    </w:tblPr>
    <w:tblGrid>
      <w:gridCol w:w="1512"/>
      <w:gridCol w:w="7200"/>
    </w:tblGrid>
    <w:tr w:rsidR="00691A6D" w14:paraId="136A6EA6" w14:textId="77777777" w:rsidTr="003A09CD">
      <w:trPr>
        <w:jc w:val="center"/>
      </w:trPr>
      <w:tc>
        <w:tcPr>
          <w:tcW w:w="1512" w:type="dxa"/>
          <w:tcMar>
            <w:top w:w="0" w:type="dxa"/>
            <w:left w:w="20" w:type="dxa"/>
            <w:bottom w:w="30" w:type="dxa"/>
            <w:right w:w="20" w:type="dxa"/>
          </w:tcMar>
          <w:vAlign w:val="center"/>
        </w:tcPr>
        <w:p w14:paraId="600E15DD" w14:textId="77777777" w:rsidR="00691A6D" w:rsidRDefault="00691A6D" w:rsidP="00691A6D">
          <w:pPr>
            <w:jc w:val="center"/>
          </w:pPr>
          <w:r>
            <w:rPr>
              <w:noProof/>
            </w:rPr>
            <w:drawing>
              <wp:inline distT="0" distB="0" distL="0" distR="0" wp14:anchorId="752397B7" wp14:editId="71803745">
                <wp:extent cx="713232" cy="73712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3232" cy="737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  <w:tcMar>
            <w:top w:w="0" w:type="dxa"/>
            <w:left w:w="20" w:type="dxa"/>
            <w:bottom w:w="30" w:type="dxa"/>
            <w:right w:w="20" w:type="dxa"/>
          </w:tcMar>
          <w:vAlign w:val="center"/>
        </w:tcPr>
        <w:p w14:paraId="176996A8" w14:textId="77777777" w:rsidR="00691A6D" w:rsidRDefault="00691A6D" w:rsidP="00691A6D">
          <w:pPr>
            <w:jc w:val="center"/>
          </w:pPr>
          <w:r>
            <w:rPr>
              <w:b/>
            </w:rPr>
            <w:t>Stacja Ratownictwa Medycznego w Chełmie - SP ZOZ</w:t>
          </w:r>
        </w:p>
        <w:p w14:paraId="48C55690" w14:textId="77777777" w:rsidR="00691A6D" w:rsidRDefault="00691A6D" w:rsidP="00691A6D">
          <w:pPr>
            <w:spacing w:after="0"/>
            <w:jc w:val="center"/>
          </w:pPr>
          <w:r>
            <w:rPr>
              <w:sz w:val="19"/>
            </w:rPr>
            <w:t>ul. Rejowiecka 128, 22-100 Chełm</w:t>
          </w:r>
        </w:p>
        <w:p w14:paraId="5596C09B" w14:textId="77777777" w:rsidR="00691A6D" w:rsidRDefault="00691A6D" w:rsidP="00691A6D">
          <w:pPr>
            <w:spacing w:after="0"/>
            <w:jc w:val="center"/>
          </w:pPr>
          <w:r>
            <w:rPr>
              <w:sz w:val="19"/>
            </w:rPr>
            <w:t>tel. 0 82 565 52 34   |   fax 0 82 565 37 81</w:t>
          </w:r>
        </w:p>
        <w:p w14:paraId="1367E289" w14:textId="77777777" w:rsidR="00691A6D" w:rsidRDefault="00691A6D" w:rsidP="00691A6D">
          <w:pPr>
            <w:spacing w:after="0"/>
            <w:jc w:val="center"/>
          </w:pPr>
          <w:r>
            <w:rPr>
              <w:sz w:val="19"/>
            </w:rPr>
            <w:t>www.srm-chelm.com.pl</w:t>
          </w:r>
        </w:p>
      </w:tc>
    </w:tr>
  </w:tbl>
  <w:p w14:paraId="72B21CBF" w14:textId="56D66A66" w:rsidR="00691A6D" w:rsidRDefault="00691A6D">
    <w:pPr>
      <w:pStyle w:val="Nagwek"/>
    </w:pPr>
    <w:r>
      <w:t>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7455867">
    <w:abstractNumId w:val="8"/>
  </w:num>
  <w:num w:numId="2" w16cid:durableId="1773235913">
    <w:abstractNumId w:val="6"/>
  </w:num>
  <w:num w:numId="3" w16cid:durableId="1108164597">
    <w:abstractNumId w:val="5"/>
  </w:num>
  <w:num w:numId="4" w16cid:durableId="210310187">
    <w:abstractNumId w:val="4"/>
  </w:num>
  <w:num w:numId="5" w16cid:durableId="1141342030">
    <w:abstractNumId w:val="7"/>
  </w:num>
  <w:num w:numId="6" w16cid:durableId="1284382238">
    <w:abstractNumId w:val="3"/>
  </w:num>
  <w:num w:numId="7" w16cid:durableId="1830948478">
    <w:abstractNumId w:val="2"/>
  </w:num>
  <w:num w:numId="8" w16cid:durableId="451823219">
    <w:abstractNumId w:val="1"/>
  </w:num>
  <w:num w:numId="9" w16cid:durableId="1231038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6EFC"/>
    <w:rsid w:val="0015074B"/>
    <w:rsid w:val="0029639D"/>
    <w:rsid w:val="00326F90"/>
    <w:rsid w:val="003C196C"/>
    <w:rsid w:val="00461D4D"/>
    <w:rsid w:val="005754C6"/>
    <w:rsid w:val="00674332"/>
    <w:rsid w:val="00691A6D"/>
    <w:rsid w:val="00702E45"/>
    <w:rsid w:val="0080367E"/>
    <w:rsid w:val="00897AD2"/>
    <w:rsid w:val="00992298"/>
    <w:rsid w:val="00AA1D8D"/>
    <w:rsid w:val="00B47730"/>
    <w:rsid w:val="00C731BE"/>
    <w:rsid w:val="00CB0664"/>
    <w:rsid w:val="00EE78C0"/>
    <w:rsid w:val="00FC693F"/>
    <w:rsid w:val="00FF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A976AF"/>
  <w14:defaultImageDpi w14:val="300"/>
  <w15:docId w15:val="{62AFF296-038C-44C8-829F-FE057A384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2" w:lineRule="auto"/>
    </w:pPr>
    <w:rPr>
      <w:rFonts w:ascii="Arial" w:hAnsi="Arial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22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568</Words>
  <Characters>3410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Tomasz TS. Szczepanek</cp:lastModifiedBy>
  <cp:revision>5</cp:revision>
  <dcterms:created xsi:type="dcterms:W3CDTF">2026-10-01T11:20:00Z</dcterms:created>
  <dcterms:modified xsi:type="dcterms:W3CDTF">2026-10-07T08:39:00Z</dcterms:modified>
  <cp:category/>
</cp:coreProperties>
</file>